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i/>
          <w:sz w:val="22"/>
        </w:rPr>
        <w:t>MẪU 1 – BIÊN BẢN BÀN GIAO CÔNG VIỆC (NGHỈ VIỆC, CHUYỂN HẲN VỊ TRÍ)</w:t>
      </w:r>
    </w:p>
    <w:tbl>
      <w:tblPr>
        <w:tblW w:type="auto" w:w="0"/>
        <w:tblLook w:firstColumn="1" w:firstRow="1" w:lastColumn="0" w:lastRow="0" w:noHBand="0" w:noVBand="1" w:val="04A0"/>
      </w:tblPr>
      <w:tblGrid>
        <w:gridCol w:w="4677"/>
        <w:gridCol w:w="4677"/>
      </w:tblGrid>
      <w:tr>
        <w:tc>
          <w:tcPr>
            <w:tcW w:type="dxa" w:w="3969"/>
          </w:tcPr>
          <w:p>
            <w:pPr>
              <w:jc w:val="center"/>
            </w:pPr>
            <w:r/>
            <w:r>
              <w:rPr>
                <w:b/>
                <w:sz w:val="24"/>
              </w:rPr>
              <w:t>TÊN CÔNG TY</w:t>
              <w:br/>
            </w:r>
            <w:r>
              <w:rPr>
                <w:sz w:val="24"/>
              </w:rPr>
              <w:t>BỘ PHẬN: ……………</w:t>
              <w:br/>
            </w:r>
            <w:r>
              <w:rPr>
                <w:sz w:val="24"/>
              </w:rPr>
              <w:t>Số: ……/BBBG-……</w:t>
            </w:r>
          </w:p>
        </w:tc>
        <w:tc>
          <w:tcPr>
            <w:tcW w:type="dxa" w:w="5386"/>
          </w:tcPr>
          <w:p>
            <w:pPr>
              <w:jc w:val="center"/>
            </w:pPr>
            <w:r/>
            <w:r>
              <w:rPr>
                <w:b/>
                <w:sz w:val="24"/>
              </w:rPr>
              <w:t>CỘNG HÒA XÃ HỘI CHỦ NGHĨA VIỆT NAM</w:t>
              <w:br/>
            </w:r>
            <w:r>
              <w:rPr>
                <w:b/>
                <w:sz w:val="26"/>
              </w:rPr>
              <w:t>Độc lập – Tự do – Hạnh phúc</w:t>
              <w:br/>
            </w:r>
            <w:r>
              <w:rPr>
                <w:sz w:val="20"/>
              </w:rPr>
              <w:t>―――――――――</w:t>
            </w:r>
          </w:p>
        </w:tc>
      </w:tr>
    </w:tbl>
    <w:p>
      <w:pPr>
        <w:jc w:val="right"/>
      </w:pPr>
      <w:r>
        <w:rPr>
          <w:b w:val="0"/>
          <w:i/>
        </w:rPr>
        <w:t>……………, ngày …… tháng …… năm 20……</w:t>
      </w:r>
    </w:p>
    <w:p>
      <w:pPr>
        <w:spacing w:after="160"/>
        <w:jc w:val="center"/>
      </w:pPr>
      <w:r>
        <w:rPr>
          <w:b/>
          <w:i w:val="0"/>
          <w:sz w:val="30"/>
        </w:rPr>
        <w:t>BIÊN BẢN BÀN GIAO CÔNG VIỆC</w:t>
      </w:r>
    </w:p>
    <w:p>
      <w:pPr>
        <w:jc w:val="both"/>
      </w:pPr>
      <w:r>
        <w:rPr>
          <w:b w:val="0"/>
          <w:i w:val="0"/>
        </w:rPr>
        <w:t>Căn cứ ……………………………… (Đơn xin nghỉ việc đã được duyệt/Quyết định chấm dứt hợp đồng lao động/Quyết định điều chuyển) số ………… ngày ……………;</w:t>
      </w:r>
    </w:p>
    <w:p>
      <w:r>
        <w:rPr>
          <w:b w:val="0"/>
          <w:i w:val="0"/>
        </w:rPr>
        <w:t>Hôm nay, ngày …… tháng …… năm 20……, tại ……………………………, chúng tôi gồm:</w:t>
      </w:r>
    </w:p>
    <w:p>
      <w:r>
        <w:rPr>
          <w:b/>
          <w:i w:val="0"/>
        </w:rPr>
        <w:t>BÊN BÀN GIAO:</w:t>
      </w:r>
      <w:r>
        <w:rPr>
          <w:b w:val="0"/>
          <w:i w:val="0"/>
        </w:rPr>
        <w:t xml:space="preserve"> Ông/Bà …………………………… Mã nhân viên: ……………</w:t>
      </w:r>
    </w:p>
    <w:p>
      <w:r>
        <w:rPr>
          <w:b w:val="0"/>
          <w:i w:val="0"/>
        </w:rPr>
        <w:t>Chức vụ: …………………………… Bộ phận: ……………………………</w:t>
      </w:r>
    </w:p>
    <w:p>
      <w:r>
        <w:rPr>
          <w:b/>
          <w:i w:val="0"/>
        </w:rPr>
        <w:t>BÊN NHẬN BÀN GIAO:</w:t>
      </w:r>
      <w:r>
        <w:rPr>
          <w:b w:val="0"/>
          <w:i w:val="0"/>
        </w:rPr>
        <w:t xml:space="preserve"> Ông/Bà …………………………… Chức vụ: ……………… Bộ phận: ………………</w:t>
      </w:r>
    </w:p>
    <w:p>
      <w:r>
        <w:rPr>
          <w:b/>
          <w:i w:val="0"/>
        </w:rPr>
        <w:t>NGƯỜI GIÁM SÁT:</w:t>
      </w:r>
      <w:r>
        <w:rPr>
          <w:b w:val="0"/>
          <w:i w:val="0"/>
        </w:rPr>
        <w:t xml:space="preserve"> Ông/Bà …………………………… Chức vụ: …………………… (quản lý trực tiếp)</w:t>
      </w:r>
    </w:p>
    <w:p>
      <w:r>
        <w:rPr>
          <w:b w:val="0"/>
          <w:i w:val="0"/>
        </w:rPr>
        <w:t>Hai bên cùng thống nhất bàn giao công việc với các nội dung sau:</w:t>
      </w:r>
    </w:p>
    <w:p>
      <w:r>
        <w:rPr>
          <w:b/>
          <w:i w:val="0"/>
        </w:rPr>
        <w:t>1. Lý do và thời gian bàn giao</w:t>
      </w:r>
    </w:p>
    <w:p>
      <w:r>
        <w:rPr>
          <w:b w:val="0"/>
          <w:i w:val="0"/>
        </w:rPr>
        <w:t>Lý do: ……………………………………………………………………</w:t>
      </w:r>
    </w:p>
    <w:p>
      <w:r>
        <w:rPr>
          <w:b w:val="0"/>
          <w:i w:val="0"/>
        </w:rPr>
        <w:t>Thời gian bàn giao: từ ngày …………… đến ngày ……………. Ngày làm việc cuối cùng của bên bàn giao tại vị trí hiện tại: ……………</w:t>
      </w:r>
    </w:p>
    <w:p>
      <w:r>
        <w:rPr>
          <w:b w:val="0"/>
          <w:i w:val="0"/>
        </w:rPr>
        <w:t>Ngày bên nhận chính thức chịu trách nhiệm các công việc dưới đây: ……………</w:t>
      </w:r>
    </w:p>
    <w:p>
      <w:r>
        <w:rPr>
          <w:b/>
          <w:i w:val="0"/>
        </w:rPr>
        <w:t>2. Công việc đang thực hiện</w:t>
      </w:r>
    </w:p>
    <w:tbl>
      <w:tblPr>
        <w:tblW w:type="auto" w:w="0"/>
        <w:tblLook w:firstColumn="1" w:firstRow="1" w:lastColumn="0" w:lastRow="0" w:noHBand="0" w:noVBand="1" w:val="04A0"/>
        <w:jc w:val="center"/>
        <w:tblBorders>
          <w:top w:val="single" w:sz="6" w:color="000000"/>
          <w:left w:val="single" w:sz="6" w:color="000000"/>
          <w:bottom w:val="single" w:sz="6" w:color="000000"/>
          <w:right w:val="single" w:sz="6" w:color="000000"/>
          <w:insideH w:val="single" w:sz="6" w:color="000000"/>
          <w:insideV w:val="single" w:sz="6" w:color="000000"/>
        </w:tblBorders>
      </w:tblPr>
      <w:tblGrid>
        <w:gridCol w:w="1336"/>
        <w:gridCol w:w="1336"/>
        <w:gridCol w:w="1336"/>
        <w:gridCol w:w="1336"/>
        <w:gridCol w:w="1336"/>
        <w:gridCol w:w="1336"/>
        <w:gridCol w:w="1336"/>
      </w:tblGrid>
      <w:tr>
        <w:tc>
          <w:tcPr>
            <w:tcW w:type="dxa" w:w="567"/>
            <w:shd w:val="clear" w:color="auto" w:fill="E2F2E8"/>
          </w:tcPr>
          <w:p>
            <w:pPr>
              <w:jc w:val="center"/>
            </w:pPr>
            <w:r/>
            <w:r>
              <w:rPr>
                <w:b/>
                <w:sz w:val="20"/>
              </w:rPr>
              <w:t>STT</w:t>
            </w:r>
          </w:p>
        </w:tc>
        <w:tc>
          <w:tcPr>
            <w:tcW w:type="dxa" w:w="1928"/>
            <w:shd w:val="clear" w:color="auto" w:fill="E2F2E8"/>
          </w:tcPr>
          <w:p>
            <w:pPr>
              <w:jc w:val="center"/>
            </w:pPr>
            <w:r/>
            <w:r>
              <w:rPr>
                <w:b/>
                <w:sz w:val="20"/>
              </w:rPr>
              <w:t>Công việc</w:t>
            </w:r>
          </w:p>
        </w:tc>
        <w:tc>
          <w:tcPr>
            <w:tcW w:type="dxa" w:w="1361"/>
            <w:shd w:val="clear" w:color="auto" w:fill="E2F2E8"/>
          </w:tcPr>
          <w:p>
            <w:pPr>
              <w:jc w:val="center"/>
            </w:pPr>
            <w:r/>
            <w:r>
              <w:rPr>
                <w:b/>
                <w:sz w:val="20"/>
              </w:rPr>
              <w:t>Tiến độ hiện tại</w:t>
            </w:r>
          </w:p>
        </w:tc>
        <w:tc>
          <w:tcPr>
            <w:tcW w:type="dxa" w:w="1020"/>
            <w:shd w:val="clear" w:color="auto" w:fill="E2F2E8"/>
          </w:tcPr>
          <w:p>
            <w:pPr>
              <w:jc w:val="center"/>
            </w:pPr>
            <w:r/>
            <w:r>
              <w:rPr>
                <w:b/>
                <w:sz w:val="20"/>
              </w:rPr>
              <w:t>Hạn xử lý</w:t>
            </w:r>
          </w:p>
        </w:tc>
        <w:tc>
          <w:tcPr>
            <w:tcW w:type="dxa" w:w="1814"/>
            <w:shd w:val="clear" w:color="auto" w:fill="E2F2E8"/>
          </w:tcPr>
          <w:p>
            <w:pPr>
              <w:jc w:val="center"/>
            </w:pPr>
            <w:r/>
            <w:r>
              <w:rPr>
                <w:b/>
                <w:sz w:val="20"/>
              </w:rPr>
              <w:t>Việc cần làm tiếp</w:t>
            </w:r>
          </w:p>
        </w:tc>
        <w:tc>
          <w:tcPr>
            <w:tcW w:type="dxa" w:w="1361"/>
            <w:shd w:val="clear" w:color="auto" w:fill="E2F2E8"/>
          </w:tcPr>
          <w:p>
            <w:pPr>
              <w:jc w:val="center"/>
            </w:pPr>
            <w:r/>
            <w:r>
              <w:rPr>
                <w:b/>
                <w:sz w:val="20"/>
              </w:rPr>
              <w:t>Đầu mối liên quan</w:t>
            </w:r>
          </w:p>
        </w:tc>
        <w:tc>
          <w:tcPr>
            <w:tcW w:type="dxa" w:w="1304"/>
            <w:shd w:val="clear" w:color="auto" w:fill="E2F2E8"/>
          </w:tcPr>
          <w:p>
            <w:pPr>
              <w:jc w:val="center"/>
            </w:pPr>
            <w:r/>
            <w:r>
              <w:rPr>
                <w:b/>
                <w:sz w:val="20"/>
              </w:rPr>
              <w:t>Tài liệu/nơi lưu</w:t>
            </w:r>
          </w:p>
        </w:tc>
      </w:tr>
      <w:tr>
        <w:tc>
          <w:tcPr>
            <w:tcW w:type="dxa" w:w="567"/>
          </w:tcPr>
          <w:p>
            <w:r/>
            <w:r>
              <w:rPr>
                <w:sz w:val="20"/>
              </w:rPr>
              <w:t>1</w:t>
            </w:r>
          </w:p>
        </w:tc>
        <w:tc>
          <w:tcPr>
            <w:tcW w:type="dxa" w:w="1928"/>
          </w:tcPr>
          <w:p>
            <w:r/>
            <w:r>
              <w:rPr>
                <w:sz w:val="20"/>
              </w:rPr>
            </w:r>
          </w:p>
        </w:tc>
        <w:tc>
          <w:tcPr>
            <w:tcW w:type="dxa" w:w="1361"/>
          </w:tcPr>
          <w:p>
            <w:r/>
            <w:r>
              <w:rPr>
                <w:sz w:val="20"/>
              </w:rPr>
            </w:r>
          </w:p>
        </w:tc>
        <w:tc>
          <w:tcPr>
            <w:tcW w:type="dxa" w:w="1020"/>
          </w:tcPr>
          <w:p>
            <w:r/>
            <w:r>
              <w:rPr>
                <w:sz w:val="20"/>
              </w:rPr>
            </w:r>
          </w:p>
        </w:tc>
        <w:tc>
          <w:tcPr>
            <w:tcW w:type="dxa" w:w="1814"/>
          </w:tcPr>
          <w:p>
            <w:r/>
            <w:r>
              <w:rPr>
                <w:sz w:val="20"/>
              </w:rPr>
            </w:r>
          </w:p>
        </w:tc>
        <w:tc>
          <w:tcPr>
            <w:tcW w:type="dxa" w:w="1361"/>
          </w:tcPr>
          <w:p>
            <w:r/>
            <w:r>
              <w:rPr>
                <w:sz w:val="20"/>
              </w:rPr>
            </w:r>
          </w:p>
        </w:tc>
        <w:tc>
          <w:tcPr>
            <w:tcW w:type="dxa" w:w="1304"/>
          </w:tcPr>
          <w:p>
            <w:r/>
            <w:r>
              <w:rPr>
                <w:sz w:val="20"/>
              </w:rPr>
            </w:r>
          </w:p>
        </w:tc>
      </w:tr>
      <w:tr>
        <w:tc>
          <w:tcPr>
            <w:tcW w:type="dxa" w:w="567"/>
          </w:tcPr>
          <w:p>
            <w:r/>
            <w:r>
              <w:rPr>
                <w:sz w:val="20"/>
              </w:rPr>
              <w:t>2</w:t>
            </w:r>
          </w:p>
        </w:tc>
        <w:tc>
          <w:tcPr>
            <w:tcW w:type="dxa" w:w="1928"/>
          </w:tcPr>
          <w:p>
            <w:r/>
            <w:r>
              <w:rPr>
                <w:sz w:val="20"/>
              </w:rPr>
            </w:r>
          </w:p>
        </w:tc>
        <w:tc>
          <w:tcPr>
            <w:tcW w:type="dxa" w:w="1361"/>
          </w:tcPr>
          <w:p>
            <w:r/>
            <w:r>
              <w:rPr>
                <w:sz w:val="20"/>
              </w:rPr>
            </w:r>
          </w:p>
        </w:tc>
        <w:tc>
          <w:tcPr>
            <w:tcW w:type="dxa" w:w="1020"/>
          </w:tcPr>
          <w:p>
            <w:r/>
            <w:r>
              <w:rPr>
                <w:sz w:val="20"/>
              </w:rPr>
            </w:r>
          </w:p>
        </w:tc>
        <w:tc>
          <w:tcPr>
            <w:tcW w:type="dxa" w:w="1814"/>
          </w:tcPr>
          <w:p>
            <w:r/>
            <w:r>
              <w:rPr>
                <w:sz w:val="20"/>
              </w:rPr>
            </w:r>
          </w:p>
        </w:tc>
        <w:tc>
          <w:tcPr>
            <w:tcW w:type="dxa" w:w="1361"/>
          </w:tcPr>
          <w:p>
            <w:r/>
            <w:r>
              <w:rPr>
                <w:sz w:val="20"/>
              </w:rPr>
            </w:r>
          </w:p>
        </w:tc>
        <w:tc>
          <w:tcPr>
            <w:tcW w:type="dxa" w:w="1304"/>
          </w:tcPr>
          <w:p>
            <w:r/>
            <w:r>
              <w:rPr>
                <w:sz w:val="20"/>
              </w:rPr>
            </w:r>
          </w:p>
        </w:tc>
      </w:tr>
      <w:tr>
        <w:tc>
          <w:tcPr>
            <w:tcW w:type="dxa" w:w="567"/>
          </w:tcPr>
          <w:p>
            <w:r/>
            <w:r>
              <w:rPr>
                <w:sz w:val="20"/>
              </w:rPr>
              <w:t>3</w:t>
            </w:r>
          </w:p>
        </w:tc>
        <w:tc>
          <w:tcPr>
            <w:tcW w:type="dxa" w:w="1928"/>
          </w:tcPr>
          <w:p>
            <w:r/>
            <w:r>
              <w:rPr>
                <w:sz w:val="20"/>
              </w:rPr>
            </w:r>
          </w:p>
        </w:tc>
        <w:tc>
          <w:tcPr>
            <w:tcW w:type="dxa" w:w="1361"/>
          </w:tcPr>
          <w:p>
            <w:r/>
            <w:r>
              <w:rPr>
                <w:sz w:val="20"/>
              </w:rPr>
            </w:r>
          </w:p>
        </w:tc>
        <w:tc>
          <w:tcPr>
            <w:tcW w:type="dxa" w:w="1020"/>
          </w:tcPr>
          <w:p>
            <w:r/>
            <w:r>
              <w:rPr>
                <w:sz w:val="20"/>
              </w:rPr>
            </w:r>
          </w:p>
        </w:tc>
        <w:tc>
          <w:tcPr>
            <w:tcW w:type="dxa" w:w="1814"/>
          </w:tcPr>
          <w:p>
            <w:r/>
            <w:r>
              <w:rPr>
                <w:sz w:val="20"/>
              </w:rPr>
            </w:r>
          </w:p>
        </w:tc>
        <w:tc>
          <w:tcPr>
            <w:tcW w:type="dxa" w:w="1361"/>
          </w:tcPr>
          <w:p>
            <w:r/>
            <w:r>
              <w:rPr>
                <w:sz w:val="20"/>
              </w:rPr>
            </w:r>
          </w:p>
        </w:tc>
        <w:tc>
          <w:tcPr>
            <w:tcW w:type="dxa" w:w="1304"/>
          </w:tcPr>
          <w:p>
            <w:r/>
            <w:r>
              <w:rPr>
                <w:sz w:val="20"/>
              </w:rPr>
            </w:r>
          </w:p>
        </w:tc>
      </w:tr>
      <w:tr>
        <w:tc>
          <w:tcPr>
            <w:tcW w:type="dxa" w:w="567"/>
          </w:tcPr>
          <w:p>
            <w:r/>
            <w:r>
              <w:rPr>
                <w:sz w:val="20"/>
              </w:rPr>
              <w:t>4</w:t>
            </w:r>
          </w:p>
        </w:tc>
        <w:tc>
          <w:tcPr>
            <w:tcW w:type="dxa" w:w="1928"/>
          </w:tcPr>
          <w:p>
            <w:r/>
            <w:r>
              <w:rPr>
                <w:sz w:val="20"/>
              </w:rPr>
            </w:r>
          </w:p>
        </w:tc>
        <w:tc>
          <w:tcPr>
            <w:tcW w:type="dxa" w:w="1361"/>
          </w:tcPr>
          <w:p>
            <w:r/>
            <w:r>
              <w:rPr>
                <w:sz w:val="20"/>
              </w:rPr>
            </w:r>
          </w:p>
        </w:tc>
        <w:tc>
          <w:tcPr>
            <w:tcW w:type="dxa" w:w="1020"/>
          </w:tcPr>
          <w:p>
            <w:r/>
            <w:r>
              <w:rPr>
                <w:sz w:val="20"/>
              </w:rPr>
            </w:r>
          </w:p>
        </w:tc>
        <w:tc>
          <w:tcPr>
            <w:tcW w:type="dxa" w:w="1814"/>
          </w:tcPr>
          <w:p>
            <w:r/>
            <w:r>
              <w:rPr>
                <w:sz w:val="20"/>
              </w:rPr>
            </w:r>
          </w:p>
        </w:tc>
        <w:tc>
          <w:tcPr>
            <w:tcW w:type="dxa" w:w="1361"/>
          </w:tcPr>
          <w:p>
            <w:r/>
            <w:r>
              <w:rPr>
                <w:sz w:val="20"/>
              </w:rPr>
            </w:r>
          </w:p>
        </w:tc>
        <w:tc>
          <w:tcPr>
            <w:tcW w:type="dxa" w:w="1304"/>
          </w:tcPr>
          <w:p>
            <w:r/>
            <w:r>
              <w:rPr>
                <w:sz w:val="20"/>
              </w:rPr>
            </w:r>
          </w:p>
        </w:tc>
      </w:tr>
      <w:tr>
        <w:tc>
          <w:tcPr>
            <w:tcW w:type="dxa" w:w="567"/>
          </w:tcPr>
          <w:p>
            <w:r/>
            <w:r>
              <w:rPr>
                <w:sz w:val="20"/>
              </w:rPr>
              <w:t>5</w:t>
            </w:r>
          </w:p>
        </w:tc>
        <w:tc>
          <w:tcPr>
            <w:tcW w:type="dxa" w:w="1928"/>
          </w:tcPr>
          <w:p>
            <w:r/>
            <w:r>
              <w:rPr>
                <w:sz w:val="20"/>
              </w:rPr>
            </w:r>
          </w:p>
        </w:tc>
        <w:tc>
          <w:tcPr>
            <w:tcW w:type="dxa" w:w="1361"/>
          </w:tcPr>
          <w:p>
            <w:r/>
            <w:r>
              <w:rPr>
                <w:sz w:val="20"/>
              </w:rPr>
            </w:r>
          </w:p>
        </w:tc>
        <w:tc>
          <w:tcPr>
            <w:tcW w:type="dxa" w:w="1020"/>
          </w:tcPr>
          <w:p>
            <w:r/>
            <w:r>
              <w:rPr>
                <w:sz w:val="20"/>
              </w:rPr>
            </w:r>
          </w:p>
        </w:tc>
        <w:tc>
          <w:tcPr>
            <w:tcW w:type="dxa" w:w="1814"/>
          </w:tcPr>
          <w:p>
            <w:r/>
            <w:r>
              <w:rPr>
                <w:sz w:val="20"/>
              </w:rPr>
            </w:r>
          </w:p>
        </w:tc>
        <w:tc>
          <w:tcPr>
            <w:tcW w:type="dxa" w:w="1361"/>
          </w:tcPr>
          <w:p>
            <w:r/>
            <w:r>
              <w:rPr>
                <w:sz w:val="20"/>
              </w:rPr>
            </w:r>
          </w:p>
        </w:tc>
        <w:tc>
          <w:tcPr>
            <w:tcW w:type="dxa" w:w="1304"/>
          </w:tcPr>
          <w:p>
            <w:r/>
            <w:r>
              <w:rPr>
                <w:sz w:val="20"/>
              </w:rPr>
            </w:r>
          </w:p>
        </w:tc>
      </w:tr>
    </w:tbl>
    <w:p>
      <w:pPr>
        <w:spacing w:after="40"/>
      </w:pPr>
    </w:p>
    <w:p>
      <w:r>
        <w:rPr>
          <w:b/>
          <w:i w:val="0"/>
        </w:rPr>
        <w:t>3. Công việc định kỳ</w:t>
      </w:r>
    </w:p>
    <w:tbl>
      <w:tblPr>
        <w:tblW w:type="auto" w:w="0"/>
        <w:tblLook w:firstColumn="1" w:firstRow="1" w:lastColumn="0" w:lastRow="0" w:noHBand="0" w:noVBand="1" w:val="04A0"/>
        <w:jc w:val="center"/>
        <w:tblBorders>
          <w:top w:val="single" w:sz="6" w:color="000000"/>
          <w:left w:val="single" w:sz="6" w:color="000000"/>
          <w:bottom w:val="single" w:sz="6" w:color="000000"/>
          <w:right w:val="single" w:sz="6" w:color="000000"/>
          <w:insideH w:val="single" w:sz="6" w:color="000000"/>
          <w:insideV w:val="single" w:sz="6" w:color="000000"/>
        </w:tblBorders>
      </w:tblPr>
      <w:tblGrid>
        <w:gridCol w:w="1871"/>
        <w:gridCol w:w="1871"/>
        <w:gridCol w:w="1871"/>
        <w:gridCol w:w="1871"/>
        <w:gridCol w:w="1871"/>
      </w:tblGrid>
      <w:tr>
        <w:tc>
          <w:tcPr>
            <w:tcW w:type="dxa" w:w="567"/>
            <w:shd w:val="clear" w:color="auto" w:fill="E2F2E8"/>
          </w:tcPr>
          <w:p>
            <w:pPr>
              <w:jc w:val="center"/>
            </w:pPr>
            <w:r/>
            <w:r>
              <w:rPr>
                <w:b/>
                <w:sz w:val="22"/>
              </w:rPr>
              <w:t>STT</w:t>
            </w:r>
          </w:p>
        </w:tc>
        <w:tc>
          <w:tcPr>
            <w:tcW w:type="dxa" w:w="2835"/>
            <w:shd w:val="clear" w:color="auto" w:fill="E2F2E8"/>
          </w:tcPr>
          <w:p>
            <w:pPr>
              <w:jc w:val="center"/>
            </w:pPr>
            <w:r/>
            <w:r>
              <w:rPr>
                <w:b/>
                <w:sz w:val="22"/>
              </w:rPr>
              <w:t>Công việc</w:t>
            </w:r>
          </w:p>
        </w:tc>
        <w:tc>
          <w:tcPr>
            <w:tcW w:type="dxa" w:w="1984"/>
            <w:shd w:val="clear" w:color="auto" w:fill="E2F2E8"/>
          </w:tcPr>
          <w:p>
            <w:pPr>
              <w:jc w:val="center"/>
            </w:pPr>
            <w:r/>
            <w:r>
              <w:rPr>
                <w:b/>
                <w:sz w:val="22"/>
              </w:rPr>
              <w:t>Tần suất/thời điểm</w:t>
            </w:r>
          </w:p>
        </w:tc>
        <w:tc>
          <w:tcPr>
            <w:tcW w:type="dxa" w:w="2268"/>
            <w:shd w:val="clear" w:color="auto" w:fill="E2F2E8"/>
          </w:tcPr>
          <w:p>
            <w:pPr>
              <w:jc w:val="center"/>
            </w:pPr>
            <w:r/>
            <w:r>
              <w:rPr>
                <w:b/>
                <w:sz w:val="22"/>
              </w:rPr>
              <w:t>Tài liệu hướng dẫn</w:t>
            </w:r>
          </w:p>
        </w:tc>
        <w:tc>
          <w:tcPr>
            <w:tcW w:type="dxa" w:w="1701"/>
            <w:shd w:val="clear" w:color="auto" w:fill="E2F2E8"/>
          </w:tcPr>
          <w:p>
            <w:pPr>
              <w:jc w:val="center"/>
            </w:pPr>
            <w:r/>
            <w:r>
              <w:rPr>
                <w:b/>
                <w:sz w:val="22"/>
              </w:rPr>
              <w:t>Người nhận đã làm thử</w:t>
            </w:r>
          </w:p>
        </w:tc>
      </w:tr>
      <w:tr>
        <w:tc>
          <w:tcPr>
            <w:tcW w:type="dxa" w:w="567"/>
          </w:tcPr>
          <w:p>
            <w:r/>
            <w:r>
              <w:rPr>
                <w:sz w:val="22"/>
              </w:rPr>
              <w:t>1</w:t>
            </w:r>
          </w:p>
        </w:tc>
        <w:tc>
          <w:tcPr>
            <w:tcW w:type="dxa" w:w="2835"/>
          </w:tcPr>
          <w:p>
            <w:r/>
            <w:r>
              <w:rPr>
                <w:sz w:val="22"/>
              </w:rPr>
            </w:r>
          </w:p>
        </w:tc>
        <w:tc>
          <w:tcPr>
            <w:tcW w:type="dxa" w:w="1984"/>
          </w:tcPr>
          <w:p>
            <w:r/>
            <w:r>
              <w:rPr>
                <w:sz w:val="22"/>
              </w:rPr>
            </w:r>
          </w:p>
        </w:tc>
        <w:tc>
          <w:tcPr>
            <w:tcW w:type="dxa" w:w="2268"/>
          </w:tcPr>
          <w:p>
            <w:r/>
            <w:r>
              <w:rPr>
                <w:sz w:val="22"/>
              </w:rPr>
            </w:r>
          </w:p>
        </w:tc>
        <w:tc>
          <w:tcPr>
            <w:tcW w:type="dxa" w:w="1701"/>
          </w:tcPr>
          <w:p>
            <w:r/>
            <w:r>
              <w:rPr>
                <w:sz w:val="22"/>
              </w:rPr>
              <w:t>☐ Có  ☐ Chưa</w:t>
            </w:r>
          </w:p>
        </w:tc>
      </w:tr>
      <w:tr>
        <w:tc>
          <w:tcPr>
            <w:tcW w:type="dxa" w:w="567"/>
          </w:tcPr>
          <w:p>
            <w:r/>
            <w:r>
              <w:rPr>
                <w:sz w:val="22"/>
              </w:rPr>
              <w:t>2</w:t>
            </w:r>
          </w:p>
        </w:tc>
        <w:tc>
          <w:tcPr>
            <w:tcW w:type="dxa" w:w="2835"/>
          </w:tcPr>
          <w:p>
            <w:r/>
            <w:r>
              <w:rPr>
                <w:sz w:val="22"/>
              </w:rPr>
            </w:r>
          </w:p>
        </w:tc>
        <w:tc>
          <w:tcPr>
            <w:tcW w:type="dxa" w:w="1984"/>
          </w:tcPr>
          <w:p>
            <w:r/>
            <w:r>
              <w:rPr>
                <w:sz w:val="22"/>
              </w:rPr>
            </w:r>
          </w:p>
        </w:tc>
        <w:tc>
          <w:tcPr>
            <w:tcW w:type="dxa" w:w="2268"/>
          </w:tcPr>
          <w:p>
            <w:r/>
            <w:r>
              <w:rPr>
                <w:sz w:val="22"/>
              </w:rPr>
            </w:r>
          </w:p>
        </w:tc>
        <w:tc>
          <w:tcPr>
            <w:tcW w:type="dxa" w:w="1701"/>
          </w:tcPr>
          <w:p>
            <w:r/>
            <w:r>
              <w:rPr>
                <w:sz w:val="22"/>
              </w:rPr>
              <w:t>☐ Có  ☐ Chưa</w:t>
            </w:r>
          </w:p>
        </w:tc>
      </w:tr>
      <w:tr>
        <w:tc>
          <w:tcPr>
            <w:tcW w:type="dxa" w:w="567"/>
          </w:tcPr>
          <w:p>
            <w:r/>
            <w:r>
              <w:rPr>
                <w:sz w:val="22"/>
              </w:rPr>
              <w:t>3</w:t>
            </w:r>
          </w:p>
        </w:tc>
        <w:tc>
          <w:tcPr>
            <w:tcW w:type="dxa" w:w="2835"/>
          </w:tcPr>
          <w:p>
            <w:r/>
            <w:r>
              <w:rPr>
                <w:sz w:val="22"/>
              </w:rPr>
            </w:r>
          </w:p>
        </w:tc>
        <w:tc>
          <w:tcPr>
            <w:tcW w:type="dxa" w:w="1984"/>
          </w:tcPr>
          <w:p>
            <w:r/>
            <w:r>
              <w:rPr>
                <w:sz w:val="22"/>
              </w:rPr>
            </w:r>
          </w:p>
        </w:tc>
        <w:tc>
          <w:tcPr>
            <w:tcW w:type="dxa" w:w="2268"/>
          </w:tcPr>
          <w:p>
            <w:r/>
            <w:r>
              <w:rPr>
                <w:sz w:val="22"/>
              </w:rPr>
            </w:r>
          </w:p>
        </w:tc>
        <w:tc>
          <w:tcPr>
            <w:tcW w:type="dxa" w:w="1701"/>
          </w:tcPr>
          <w:p>
            <w:r/>
            <w:r>
              <w:rPr>
                <w:sz w:val="22"/>
              </w:rPr>
              <w:t>☐ Có  ☐ Chưa</w:t>
            </w:r>
          </w:p>
        </w:tc>
      </w:tr>
    </w:tbl>
    <w:p>
      <w:pPr>
        <w:spacing w:after="40"/>
      </w:pPr>
    </w:p>
    <w:p>
      <w:r>
        <w:rPr>
          <w:b/>
          <w:i w:val="0"/>
        </w:rPr>
        <w:t>4. Khách hàng, đối tác, đầu mối nội bộ đang phụ trách</w:t>
      </w:r>
    </w:p>
    <w:tbl>
      <w:tblPr>
        <w:tblW w:type="auto" w:w="0"/>
        <w:tblLook w:firstColumn="1" w:firstRow="1" w:lastColumn="0" w:lastRow="0" w:noHBand="0" w:noVBand="1" w:val="04A0"/>
        <w:jc w:val="center"/>
        <w:tblBorders>
          <w:top w:val="single" w:sz="6" w:color="000000"/>
          <w:left w:val="single" w:sz="6" w:color="000000"/>
          <w:bottom w:val="single" w:sz="6" w:color="000000"/>
          <w:right w:val="single" w:sz="6" w:color="000000"/>
          <w:insideH w:val="single" w:sz="6" w:color="000000"/>
          <w:insideV w:val="single" w:sz="6" w:color="000000"/>
        </w:tblBorders>
      </w:tblPr>
      <w:tblGrid>
        <w:gridCol w:w="1871"/>
        <w:gridCol w:w="1871"/>
        <w:gridCol w:w="1871"/>
        <w:gridCol w:w="1871"/>
        <w:gridCol w:w="1871"/>
      </w:tblGrid>
      <w:tr>
        <w:tc>
          <w:tcPr>
            <w:tcW w:type="dxa" w:w="567"/>
            <w:shd w:val="clear" w:color="auto" w:fill="E2F2E8"/>
          </w:tcPr>
          <w:p>
            <w:pPr>
              <w:jc w:val="center"/>
            </w:pPr>
            <w:r/>
            <w:r>
              <w:rPr>
                <w:b/>
                <w:sz w:val="22"/>
              </w:rPr>
              <w:t>STT</w:t>
            </w:r>
          </w:p>
        </w:tc>
        <w:tc>
          <w:tcPr>
            <w:tcW w:type="dxa" w:w="2268"/>
            <w:shd w:val="clear" w:color="auto" w:fill="E2F2E8"/>
          </w:tcPr>
          <w:p>
            <w:pPr>
              <w:jc w:val="center"/>
            </w:pPr>
            <w:r/>
            <w:r>
              <w:rPr>
                <w:b/>
                <w:sz w:val="22"/>
              </w:rPr>
              <w:t>Tên khách hàng/đối tác</w:t>
            </w:r>
          </w:p>
        </w:tc>
        <w:tc>
          <w:tcPr>
            <w:tcW w:type="dxa" w:w="2835"/>
            <w:shd w:val="clear" w:color="auto" w:fill="E2F2E8"/>
          </w:tcPr>
          <w:p>
            <w:pPr>
              <w:jc w:val="center"/>
            </w:pPr>
            <w:r/>
            <w:r>
              <w:rPr>
                <w:b/>
                <w:sz w:val="22"/>
              </w:rPr>
              <w:t>Nội dung đang trao đổi</w:t>
            </w:r>
          </w:p>
        </w:tc>
        <w:tc>
          <w:tcPr>
            <w:tcW w:type="dxa" w:w="1701"/>
            <w:shd w:val="clear" w:color="auto" w:fill="E2F2E8"/>
          </w:tcPr>
          <w:p>
            <w:pPr>
              <w:jc w:val="center"/>
            </w:pPr>
            <w:r/>
            <w:r>
              <w:rPr>
                <w:b/>
                <w:sz w:val="22"/>
              </w:rPr>
              <w:t>Liên hệ</w:t>
            </w:r>
          </w:p>
        </w:tc>
        <w:tc>
          <w:tcPr>
            <w:tcW w:type="dxa" w:w="1984"/>
            <w:shd w:val="clear" w:color="auto" w:fill="E2F2E8"/>
          </w:tcPr>
          <w:p>
            <w:pPr>
              <w:jc w:val="center"/>
            </w:pPr>
            <w:r/>
            <w:r>
              <w:rPr>
                <w:b/>
                <w:sz w:val="22"/>
              </w:rPr>
              <w:t>Đã thông báo người phụ trách mới</w:t>
            </w:r>
          </w:p>
        </w:tc>
      </w:tr>
      <w:tr>
        <w:tc>
          <w:tcPr>
            <w:tcW w:type="dxa" w:w="567"/>
          </w:tcPr>
          <w:p>
            <w:r/>
            <w:r>
              <w:rPr>
                <w:sz w:val="22"/>
              </w:rPr>
              <w:t>1</w:t>
            </w:r>
          </w:p>
        </w:tc>
        <w:tc>
          <w:tcPr>
            <w:tcW w:type="dxa" w:w="2268"/>
          </w:tcPr>
          <w:p>
            <w:r/>
            <w:r>
              <w:rPr>
                <w:sz w:val="22"/>
              </w:rPr>
            </w:r>
          </w:p>
        </w:tc>
        <w:tc>
          <w:tcPr>
            <w:tcW w:type="dxa" w:w="2835"/>
          </w:tcPr>
          <w:p>
            <w:r/>
            <w:r>
              <w:rPr>
                <w:sz w:val="22"/>
              </w:rPr>
            </w:r>
          </w:p>
        </w:tc>
        <w:tc>
          <w:tcPr>
            <w:tcW w:type="dxa" w:w="1701"/>
          </w:tcPr>
          <w:p>
            <w:r/>
            <w:r>
              <w:rPr>
                <w:sz w:val="22"/>
              </w:rPr>
            </w:r>
          </w:p>
        </w:tc>
        <w:tc>
          <w:tcPr>
            <w:tcW w:type="dxa" w:w="1984"/>
          </w:tcPr>
          <w:p>
            <w:r/>
            <w:r>
              <w:rPr>
                <w:sz w:val="22"/>
              </w:rPr>
              <w:t>☐ Rồi  ☐ Chưa</w:t>
            </w:r>
          </w:p>
        </w:tc>
      </w:tr>
      <w:tr>
        <w:tc>
          <w:tcPr>
            <w:tcW w:type="dxa" w:w="567"/>
          </w:tcPr>
          <w:p>
            <w:r/>
            <w:r>
              <w:rPr>
                <w:sz w:val="22"/>
              </w:rPr>
              <w:t>2</w:t>
            </w:r>
          </w:p>
        </w:tc>
        <w:tc>
          <w:tcPr>
            <w:tcW w:type="dxa" w:w="2268"/>
          </w:tcPr>
          <w:p>
            <w:r/>
            <w:r>
              <w:rPr>
                <w:sz w:val="22"/>
              </w:rPr>
            </w:r>
          </w:p>
        </w:tc>
        <w:tc>
          <w:tcPr>
            <w:tcW w:type="dxa" w:w="2835"/>
          </w:tcPr>
          <w:p>
            <w:r/>
            <w:r>
              <w:rPr>
                <w:sz w:val="22"/>
              </w:rPr>
            </w:r>
          </w:p>
        </w:tc>
        <w:tc>
          <w:tcPr>
            <w:tcW w:type="dxa" w:w="1701"/>
          </w:tcPr>
          <w:p>
            <w:r/>
            <w:r>
              <w:rPr>
                <w:sz w:val="22"/>
              </w:rPr>
            </w:r>
          </w:p>
        </w:tc>
        <w:tc>
          <w:tcPr>
            <w:tcW w:type="dxa" w:w="1984"/>
          </w:tcPr>
          <w:p>
            <w:r/>
            <w:r>
              <w:rPr>
                <w:sz w:val="22"/>
              </w:rPr>
              <w:t>☐ Rồi  ☐ Chưa</w:t>
            </w:r>
          </w:p>
        </w:tc>
      </w:tr>
      <w:tr>
        <w:tc>
          <w:tcPr>
            <w:tcW w:type="dxa" w:w="567"/>
          </w:tcPr>
          <w:p>
            <w:r/>
            <w:r>
              <w:rPr>
                <w:sz w:val="22"/>
              </w:rPr>
              <w:t>3</w:t>
            </w:r>
          </w:p>
        </w:tc>
        <w:tc>
          <w:tcPr>
            <w:tcW w:type="dxa" w:w="2268"/>
          </w:tcPr>
          <w:p>
            <w:r/>
            <w:r>
              <w:rPr>
                <w:sz w:val="22"/>
              </w:rPr>
            </w:r>
          </w:p>
        </w:tc>
        <w:tc>
          <w:tcPr>
            <w:tcW w:type="dxa" w:w="2835"/>
          </w:tcPr>
          <w:p>
            <w:r/>
            <w:r>
              <w:rPr>
                <w:sz w:val="22"/>
              </w:rPr>
            </w:r>
          </w:p>
        </w:tc>
        <w:tc>
          <w:tcPr>
            <w:tcW w:type="dxa" w:w="1701"/>
          </w:tcPr>
          <w:p>
            <w:r/>
            <w:r>
              <w:rPr>
                <w:sz w:val="22"/>
              </w:rPr>
            </w:r>
          </w:p>
        </w:tc>
        <w:tc>
          <w:tcPr>
            <w:tcW w:type="dxa" w:w="1984"/>
          </w:tcPr>
          <w:p>
            <w:r/>
            <w:r>
              <w:rPr>
                <w:sz w:val="22"/>
              </w:rPr>
              <w:t>☐ Rồi  ☐ Chưa</w:t>
            </w:r>
          </w:p>
        </w:tc>
      </w:tr>
    </w:tbl>
    <w:p>
      <w:pPr>
        <w:spacing w:after="40"/>
      </w:pPr>
    </w:p>
    <w:p>
      <w:r>
        <w:rPr>
          <w:b/>
          <w:i w:val="0"/>
        </w:rPr>
        <w:t>5. Hồ sơ, tài liệu</w:t>
      </w:r>
    </w:p>
    <w:p>
      <w:r>
        <w:rPr>
          <w:b w:val="0"/>
          <w:i w:val="0"/>
        </w:rPr>
        <w:t>Hồ sơ giấy: …………………… (số lượng, nơi lưu). Dữ liệu số: thư mục ……………………, đã chuyển quyền sở hữu cho ……………………. Danh mục chi tiết (nếu có): theo Biên bản bàn giao tài liệu số ………… ngày ……………</w:t>
      </w:r>
    </w:p>
    <w:p>
      <w:r>
        <w:rPr>
          <w:b/>
          <w:i w:val="0"/>
        </w:rPr>
        <w:t>6. Tài khoản, phần mềm, quyền truy cập</w:t>
      </w:r>
    </w:p>
    <w:tbl>
      <w:tblPr>
        <w:tblW w:type="auto" w:w="0"/>
        <w:tblLook w:firstColumn="1" w:firstRow="1" w:lastColumn="0" w:lastRow="0" w:noHBand="0" w:noVBand="1" w:val="04A0"/>
        <w:jc w:val="center"/>
        <w:tblBorders>
          <w:top w:val="single" w:sz="6" w:color="000000"/>
          <w:left w:val="single" w:sz="6" w:color="000000"/>
          <w:bottom w:val="single" w:sz="6" w:color="000000"/>
          <w:right w:val="single" w:sz="6" w:color="000000"/>
          <w:insideH w:val="single" w:sz="6" w:color="000000"/>
          <w:insideV w:val="single" w:sz="6" w:color="000000"/>
        </w:tblBorders>
      </w:tblPr>
      <w:tblGrid>
        <w:gridCol w:w="1871"/>
        <w:gridCol w:w="1871"/>
        <w:gridCol w:w="1871"/>
        <w:gridCol w:w="1871"/>
        <w:gridCol w:w="1871"/>
      </w:tblGrid>
      <w:tr>
        <w:tc>
          <w:tcPr>
            <w:tcW w:type="dxa" w:w="567"/>
            <w:shd w:val="clear" w:color="auto" w:fill="E2F2E8"/>
          </w:tcPr>
          <w:p>
            <w:pPr>
              <w:jc w:val="center"/>
            </w:pPr>
            <w:r/>
            <w:r>
              <w:rPr>
                <w:b/>
                <w:sz w:val="22"/>
              </w:rPr>
              <w:t>STT</w:t>
            </w:r>
          </w:p>
        </w:tc>
        <w:tc>
          <w:tcPr>
            <w:tcW w:type="dxa" w:w="2551"/>
            <w:shd w:val="clear" w:color="auto" w:fill="E2F2E8"/>
          </w:tcPr>
          <w:p>
            <w:pPr>
              <w:jc w:val="center"/>
            </w:pPr>
            <w:r/>
            <w:r>
              <w:rPr>
                <w:b/>
                <w:sz w:val="22"/>
              </w:rPr>
              <w:t>Hệ thống/tài khoản</w:t>
            </w:r>
          </w:p>
        </w:tc>
        <w:tc>
          <w:tcPr>
            <w:tcW w:type="dxa" w:w="3118"/>
            <w:shd w:val="clear" w:color="auto" w:fill="E2F2E8"/>
          </w:tcPr>
          <w:p>
            <w:pPr>
              <w:jc w:val="center"/>
            </w:pPr>
            <w:r/>
            <w:r>
              <w:rPr>
                <w:b/>
                <w:sz w:val="22"/>
              </w:rPr>
              <w:t>Cách bàn giao</w:t>
            </w:r>
          </w:p>
        </w:tc>
        <w:tc>
          <w:tcPr>
            <w:tcW w:type="dxa" w:w="1701"/>
            <w:shd w:val="clear" w:color="auto" w:fill="E2F2E8"/>
          </w:tcPr>
          <w:p>
            <w:pPr>
              <w:jc w:val="center"/>
            </w:pPr>
            <w:r/>
            <w:r>
              <w:rPr>
                <w:b/>
                <w:sz w:val="22"/>
              </w:rPr>
              <w:t>Người thực hiện</w:t>
            </w:r>
          </w:p>
        </w:tc>
        <w:tc>
          <w:tcPr>
            <w:tcW w:type="dxa" w:w="1417"/>
            <w:shd w:val="clear" w:color="auto" w:fill="E2F2E8"/>
          </w:tcPr>
          <w:p>
            <w:pPr>
              <w:jc w:val="center"/>
            </w:pPr>
            <w:r/>
            <w:r>
              <w:rPr>
                <w:b/>
                <w:sz w:val="22"/>
              </w:rPr>
              <w:t>Ngày thực hiện</w:t>
            </w:r>
          </w:p>
        </w:tc>
      </w:tr>
      <w:tr>
        <w:tc>
          <w:tcPr>
            <w:tcW w:type="dxa" w:w="567"/>
          </w:tcPr>
          <w:p>
            <w:r/>
            <w:r>
              <w:rPr>
                <w:sz w:val="22"/>
              </w:rPr>
              <w:t>1</w:t>
            </w:r>
          </w:p>
        </w:tc>
        <w:tc>
          <w:tcPr>
            <w:tcW w:type="dxa" w:w="2551"/>
          </w:tcPr>
          <w:p>
            <w:r/>
            <w:r>
              <w:rPr>
                <w:sz w:val="22"/>
              </w:rPr>
            </w:r>
          </w:p>
        </w:tc>
        <w:tc>
          <w:tcPr>
            <w:tcW w:type="dxa" w:w="3118"/>
          </w:tcPr>
          <w:p>
            <w:r/>
            <w:r>
              <w:rPr>
                <w:sz w:val="22"/>
              </w:rPr>
              <w:t>☐ Chuyển quyền  ☐ Cấp mới  ☐ Khóa</w:t>
            </w:r>
          </w:p>
        </w:tc>
        <w:tc>
          <w:tcPr>
            <w:tcW w:type="dxa" w:w="1701"/>
          </w:tcPr>
          <w:p>
            <w:r/>
            <w:r>
              <w:rPr>
                <w:sz w:val="22"/>
              </w:rPr>
            </w:r>
          </w:p>
        </w:tc>
        <w:tc>
          <w:tcPr>
            <w:tcW w:type="dxa" w:w="1417"/>
          </w:tcPr>
          <w:p>
            <w:r/>
            <w:r>
              <w:rPr>
                <w:sz w:val="22"/>
              </w:rPr>
            </w:r>
          </w:p>
        </w:tc>
      </w:tr>
      <w:tr>
        <w:tc>
          <w:tcPr>
            <w:tcW w:type="dxa" w:w="567"/>
          </w:tcPr>
          <w:p>
            <w:r/>
            <w:r>
              <w:rPr>
                <w:sz w:val="22"/>
              </w:rPr>
              <w:t>2</w:t>
            </w:r>
          </w:p>
        </w:tc>
        <w:tc>
          <w:tcPr>
            <w:tcW w:type="dxa" w:w="2551"/>
          </w:tcPr>
          <w:p>
            <w:r/>
            <w:r>
              <w:rPr>
                <w:sz w:val="22"/>
              </w:rPr>
            </w:r>
          </w:p>
        </w:tc>
        <w:tc>
          <w:tcPr>
            <w:tcW w:type="dxa" w:w="3118"/>
          </w:tcPr>
          <w:p>
            <w:r/>
            <w:r>
              <w:rPr>
                <w:sz w:val="22"/>
              </w:rPr>
              <w:t>☐ Chuyển quyền  ☐ Cấp mới  ☐ Khóa</w:t>
            </w:r>
          </w:p>
        </w:tc>
        <w:tc>
          <w:tcPr>
            <w:tcW w:type="dxa" w:w="1701"/>
          </w:tcPr>
          <w:p>
            <w:r/>
            <w:r>
              <w:rPr>
                <w:sz w:val="22"/>
              </w:rPr>
            </w:r>
          </w:p>
        </w:tc>
        <w:tc>
          <w:tcPr>
            <w:tcW w:type="dxa" w:w="1417"/>
          </w:tcPr>
          <w:p>
            <w:r/>
            <w:r>
              <w:rPr>
                <w:sz w:val="22"/>
              </w:rPr>
            </w:r>
          </w:p>
        </w:tc>
      </w:tr>
      <w:tr>
        <w:tc>
          <w:tcPr>
            <w:tcW w:type="dxa" w:w="567"/>
          </w:tcPr>
          <w:p>
            <w:r/>
            <w:r>
              <w:rPr>
                <w:sz w:val="22"/>
              </w:rPr>
              <w:t>3</w:t>
            </w:r>
          </w:p>
        </w:tc>
        <w:tc>
          <w:tcPr>
            <w:tcW w:type="dxa" w:w="2551"/>
          </w:tcPr>
          <w:p>
            <w:r/>
            <w:r>
              <w:rPr>
                <w:sz w:val="22"/>
              </w:rPr>
            </w:r>
          </w:p>
        </w:tc>
        <w:tc>
          <w:tcPr>
            <w:tcW w:type="dxa" w:w="3118"/>
          </w:tcPr>
          <w:p>
            <w:r/>
            <w:r>
              <w:rPr>
                <w:sz w:val="22"/>
              </w:rPr>
              <w:t>☐ Chuyển quyền  ☐ Cấp mới  ☐ Khóa</w:t>
            </w:r>
          </w:p>
        </w:tc>
        <w:tc>
          <w:tcPr>
            <w:tcW w:type="dxa" w:w="1701"/>
          </w:tcPr>
          <w:p>
            <w:r/>
            <w:r>
              <w:rPr>
                <w:sz w:val="22"/>
              </w:rPr>
            </w:r>
          </w:p>
        </w:tc>
        <w:tc>
          <w:tcPr>
            <w:tcW w:type="dxa" w:w="1417"/>
          </w:tcPr>
          <w:p>
            <w:r/>
            <w:r>
              <w:rPr>
                <w:sz w:val="22"/>
              </w:rPr>
            </w:r>
          </w:p>
        </w:tc>
      </w:tr>
    </w:tbl>
    <w:p>
      <w:pPr>
        <w:spacing w:after="40"/>
      </w:pPr>
    </w:p>
    <w:p>
      <w:r>
        <w:rPr>
          <w:b w:val="0"/>
          <w:i/>
          <w:sz w:val="22"/>
        </w:rPr>
        <w:t>Lưu ý: không ghi mật khẩu vào biên bản. Mật khẩu được đổi hoặc tài khoản được cấp mới bởi quản trị viên/IT.</w:t>
      </w:r>
    </w:p>
    <w:p>
      <w:r>
        <w:rPr>
          <w:b/>
          <w:i w:val="0"/>
        </w:rPr>
        <w:t>7. Tài sản, thiết bị đang giữ:</w:t>
      </w:r>
      <w:r>
        <w:rPr>
          <w:b w:val="0"/>
          <w:i w:val="0"/>
        </w:rPr>
        <w:t xml:space="preserve"> ☐ Không có  ☐ Đã bàn giao theo Biên bản bàn giao tài sản số ………… ngày ……………</w:t>
      </w:r>
    </w:p>
    <w:p>
      <w:r>
        <w:rPr>
          <w:b/>
          <w:i w:val="0"/>
        </w:rPr>
        <w:t>8. Vướng mắc, rủi ro cần lưu ý</w:t>
      </w:r>
    </w:p>
    <w:p>
      <w:r>
        <w:rPr>
          <w:b w:val="0"/>
          <w:i w:val="0"/>
        </w:rPr>
        <w:t>……………………………………………………………………………………………</w:t>
      </w:r>
    </w:p>
    <w:p>
      <w:r>
        <w:rPr>
          <w:b w:val="0"/>
          <w:i w:val="0"/>
        </w:rPr>
        <w:t>……………………………………………………………………………………………</w:t>
      </w:r>
    </w:p>
    <w:p>
      <w:r>
        <w:rPr>
          <w:b/>
          <w:i w:val="0"/>
        </w:rPr>
        <w:t>9. Hỗ trợ sau bàn giao (nếu có thỏa thuận):</w:t>
      </w:r>
      <w:r>
        <w:rPr>
          <w:b w:val="0"/>
          <w:i w:val="0"/>
        </w:rPr>
        <w:t xml:space="preserve"> Bên bàn giao hỗ trợ giải đáp qua ……………………… đến ngày ……………</w:t>
      </w:r>
    </w:p>
    <w:p>
      <w:pPr>
        <w:jc w:val="both"/>
      </w:pPr>
      <w:r>
        <w:rPr>
          <w:b w:val="0"/>
          <w:i w:val="0"/>
        </w:rPr>
        <w:t>Bên nhận bàn giao đã kiểm tra, được hướng dẫn và chịu trách nhiệm tiếp tục các công việc nêu trên kể từ ngày ghi tại mục 1. Biên bản được lập thành 03 bản có giá trị như nhau: bên bàn giao, bên nhận bàn giao và bộ phận nhân sự mỗi bên giữ 01 bản.</w:t>
      </w:r>
    </w:p>
    <w:tbl>
      <w:tblPr>
        <w:tblW w:type="auto" w:w="0"/>
        <w:tblLook w:firstColumn="1" w:firstRow="1" w:lastColumn="0" w:lastRow="0" w:noHBand="0" w:noVBand="1" w:val="04A0"/>
      </w:tblPr>
      <w:tblGrid>
        <w:gridCol w:w="2339"/>
        <w:gridCol w:w="2339"/>
        <w:gridCol w:w="2339"/>
        <w:gridCol w:w="2339"/>
      </w:tblGrid>
      <w:tr>
        <w:tc>
          <w:tcPr>
            <w:tcW w:type="dxa" w:w="2339"/>
          </w:tcPr>
          <w:p>
            <w:pPr>
              <w:jc w:val="center"/>
            </w:pPr>
            <w:r/>
            <w:r>
              <w:rPr>
                <w:b/>
                <w:sz w:val="22"/>
              </w:rPr>
              <w:t>BÊN BÀN GIAO</w:t>
              <w:br/>
            </w:r>
            <w:r>
              <w:rPr>
                <w:i/>
                <w:sz w:val="22"/>
              </w:rPr>
              <w:t>(Ký, ghi rõ họ tên)</w:t>
            </w:r>
          </w:p>
        </w:tc>
        <w:tc>
          <w:tcPr>
            <w:tcW w:type="dxa" w:w="2339"/>
          </w:tcPr>
          <w:p>
            <w:pPr>
              <w:jc w:val="center"/>
            </w:pPr>
            <w:r/>
            <w:r>
              <w:rPr>
                <w:b/>
                <w:sz w:val="22"/>
              </w:rPr>
              <w:t>BÊN NHẬN BÀN GIAO</w:t>
              <w:br/>
            </w:r>
            <w:r>
              <w:rPr>
                <w:i/>
                <w:sz w:val="22"/>
              </w:rPr>
              <w:t>(Ký, ghi rõ họ tên)</w:t>
            </w:r>
          </w:p>
        </w:tc>
        <w:tc>
          <w:tcPr>
            <w:tcW w:type="dxa" w:w="2339"/>
          </w:tcPr>
          <w:p>
            <w:pPr>
              <w:jc w:val="center"/>
            </w:pPr>
            <w:r/>
            <w:r>
              <w:rPr>
                <w:b/>
                <w:sz w:val="22"/>
              </w:rPr>
              <w:t>NGƯỜI GIÁM SÁT</w:t>
              <w:br/>
            </w:r>
            <w:r>
              <w:rPr>
                <w:i/>
                <w:sz w:val="22"/>
              </w:rPr>
              <w:t>(Ký, ghi rõ họ tên)</w:t>
            </w:r>
          </w:p>
        </w:tc>
        <w:tc>
          <w:tcPr>
            <w:tcW w:type="dxa" w:w="2339"/>
          </w:tcPr>
          <w:p>
            <w:pPr>
              <w:jc w:val="center"/>
            </w:pPr>
            <w:r/>
            <w:r>
              <w:rPr>
                <w:b/>
                <w:sz w:val="22"/>
              </w:rPr>
              <w:t>BỘ PHẬN NHÂN SỰ</w:t>
              <w:br/>
            </w:r>
            <w:r>
              <w:rPr>
                <w:i/>
                <w:sz w:val="22"/>
              </w:rPr>
              <w:t>(Ký, ghi rõ họ tên)</w:t>
            </w:r>
          </w:p>
        </w:tc>
      </w:tr>
      <w:tr>
        <w:tc>
          <w:tcPr>
            <w:tcW w:type="dxa" w:w="2339"/>
          </w:tcPr>
          <w:p>
            <w:r>
              <w:br/>
              <w:br/>
              <w:br/>
            </w:r>
          </w:p>
        </w:tc>
        <w:tc>
          <w:tcPr>
            <w:tcW w:type="dxa" w:w="2339"/>
          </w:tcPr>
          <w:p>
            <w:r>
              <w:br/>
              <w:br/>
              <w:br/>
            </w:r>
          </w:p>
        </w:tc>
        <w:tc>
          <w:tcPr>
            <w:tcW w:type="dxa" w:w="2339"/>
          </w:tcPr>
          <w:p>
            <w:r>
              <w:br/>
              <w:br/>
              <w:br/>
            </w:r>
          </w:p>
        </w:tc>
        <w:tc>
          <w:tcPr>
            <w:tcW w:type="dxa" w:w="2339"/>
          </w:tcPr>
          <w:p>
            <w:r>
              <w:br/>
              <w:br/>
              <w:br/>
            </w:r>
          </w:p>
        </w:tc>
      </w:tr>
    </w:tbl>
    <w:p>
      <w:r>
        <w:br w:type="page"/>
      </w:r>
    </w:p>
    <w:p>
      <w:r>
        <w:rPr>
          <w:b w:val="0"/>
          <w:i/>
          <w:sz w:val="22"/>
        </w:rPr>
        <w:t>MẪU 2 – BIÊN BẢN BÀN GIAO CÔNG VIỆC TẠM THỜI (NGHỈ THAI SẢN, NGHỈ DÀI NGÀY, ĐIỀU CHUYỂN CÓ THỜI HẠN)</w:t>
      </w:r>
    </w:p>
    <w:tbl>
      <w:tblPr>
        <w:tblW w:type="auto" w:w="0"/>
        <w:tblLook w:firstColumn="1" w:firstRow="1" w:lastColumn="0" w:lastRow="0" w:noHBand="0" w:noVBand="1" w:val="04A0"/>
      </w:tblPr>
      <w:tblGrid>
        <w:gridCol w:w="4677"/>
        <w:gridCol w:w="4677"/>
      </w:tblGrid>
      <w:tr>
        <w:tc>
          <w:tcPr>
            <w:tcW w:type="dxa" w:w="3969"/>
          </w:tcPr>
          <w:p>
            <w:pPr>
              <w:jc w:val="center"/>
            </w:pPr>
            <w:r/>
            <w:r>
              <w:rPr>
                <w:b/>
                <w:sz w:val="24"/>
              </w:rPr>
              <w:t>TÊN CÔNG TY</w:t>
              <w:br/>
            </w:r>
            <w:r>
              <w:rPr>
                <w:sz w:val="24"/>
              </w:rPr>
              <w:t>BỘ PHẬN: ……………</w:t>
              <w:br/>
            </w:r>
            <w:r>
              <w:rPr>
                <w:sz w:val="24"/>
              </w:rPr>
              <w:t>Số: ……/BBBG-……</w:t>
            </w:r>
          </w:p>
        </w:tc>
        <w:tc>
          <w:tcPr>
            <w:tcW w:type="dxa" w:w="5386"/>
          </w:tcPr>
          <w:p>
            <w:pPr>
              <w:jc w:val="center"/>
            </w:pPr>
            <w:r/>
            <w:r>
              <w:rPr>
                <w:b/>
                <w:sz w:val="24"/>
              </w:rPr>
              <w:t>CỘNG HÒA XÃ HỘI CHỦ NGHĨA VIỆT NAM</w:t>
              <w:br/>
            </w:r>
            <w:r>
              <w:rPr>
                <w:b/>
                <w:sz w:val="26"/>
              </w:rPr>
              <w:t>Độc lập – Tự do – Hạnh phúc</w:t>
              <w:br/>
            </w:r>
            <w:r>
              <w:rPr>
                <w:sz w:val="20"/>
              </w:rPr>
              <w:t>―――――――――</w:t>
            </w:r>
          </w:p>
        </w:tc>
      </w:tr>
    </w:tbl>
    <w:p>
      <w:pPr>
        <w:jc w:val="right"/>
      </w:pPr>
      <w:r>
        <w:rPr>
          <w:b w:val="0"/>
          <w:i/>
        </w:rPr>
        <w:t>……………, ngày …… tháng …… năm 20……</w:t>
      </w:r>
    </w:p>
    <w:p>
      <w:pPr>
        <w:spacing w:after="160"/>
        <w:jc w:val="center"/>
      </w:pPr>
      <w:r>
        <w:rPr>
          <w:b/>
          <w:i w:val="0"/>
          <w:sz w:val="30"/>
        </w:rPr>
        <w:t>BIÊN BẢN BÀN GIAO CÔNG VIỆC TẠM THỜI</w:t>
      </w:r>
    </w:p>
    <w:p>
      <w:pPr>
        <w:jc w:val="both"/>
      </w:pPr>
      <w:r>
        <w:rPr>
          <w:b w:val="0"/>
          <w:i w:val="0"/>
        </w:rPr>
        <w:t>Căn cứ ……………………………… (Đơn nghỉ/Quyết định điều chuyển tạm thời) số ………… ngày ……………;</w:t>
      </w:r>
    </w:p>
    <w:p>
      <w:r>
        <w:rPr>
          <w:b w:val="0"/>
          <w:i w:val="0"/>
        </w:rPr>
        <w:t>Hôm nay, ngày …… tháng …… năm 20……, tại ……………………………, chúng tôi gồm:</w:t>
      </w:r>
    </w:p>
    <w:p>
      <w:r>
        <w:rPr>
          <w:b/>
          <w:i w:val="0"/>
        </w:rPr>
        <w:t>BÊN BÀN GIAO:</w:t>
      </w:r>
      <w:r>
        <w:rPr>
          <w:b w:val="0"/>
          <w:i w:val="0"/>
        </w:rPr>
        <w:t xml:space="preserve"> Ông/Bà …………………………… Chức vụ: ……………… Bộ phận: ………………</w:t>
      </w:r>
    </w:p>
    <w:p>
      <w:r>
        <w:rPr>
          <w:b/>
          <w:i w:val="0"/>
        </w:rPr>
        <w:t>BÊN NHẬN TẠM THỜI:</w:t>
      </w:r>
      <w:r>
        <w:rPr>
          <w:b w:val="0"/>
          <w:i w:val="0"/>
        </w:rPr>
        <w:t xml:space="preserve"> Ông/Bà …………………………… Chức vụ: ……………… Bộ phận: ………………</w:t>
      </w:r>
    </w:p>
    <w:p>
      <w:r>
        <w:rPr>
          <w:b/>
          <w:i w:val="0"/>
        </w:rPr>
        <w:t>NGƯỜI GIÁM SÁT:</w:t>
      </w:r>
      <w:r>
        <w:rPr>
          <w:b w:val="0"/>
          <w:i w:val="0"/>
        </w:rPr>
        <w:t xml:space="preserve"> Ông/Bà …………………………… Chức vụ: ……………………</w:t>
      </w:r>
    </w:p>
    <w:p>
      <w:pPr>
        <w:jc w:val="center"/>
      </w:pPr>
      <w:r>
        <w:rPr>
          <w:b/>
          <w:i w:val="0"/>
        </w:rPr>
        <w:t>PHẦN A – BÀN GIAO TẠM THỜI</w:t>
      </w:r>
    </w:p>
    <w:p>
      <w:r>
        <w:rPr>
          <w:b/>
          <w:i w:val="0"/>
        </w:rPr>
        <w:t>1. Lý do:</w:t>
      </w:r>
      <w:r>
        <w:rPr>
          <w:b w:val="0"/>
          <w:i w:val="0"/>
        </w:rPr>
        <w:t xml:space="preserve"> ☐ Nghỉ thai sản  ☐ Nghỉ ốm/nghỉ phép dài ngày  ☐ Điều chuyển tạm thời  ☐ Khác: ……………</w:t>
      </w:r>
    </w:p>
    <w:p>
      <w:r>
        <w:rPr>
          <w:b w:val="0"/>
          <w:i w:val="0"/>
        </w:rPr>
        <w:t>Thời gian bên nhận phụ trách tạm thời: từ ngày …………… đến ngày dự kiến trở lại ……………</w:t>
      </w:r>
    </w:p>
    <w:p>
      <w:r>
        <w:rPr>
          <w:b/>
          <w:i w:val="0"/>
        </w:rPr>
        <w:t>2. Công việc giao tạm</w:t>
      </w:r>
    </w:p>
    <w:tbl>
      <w:tblPr>
        <w:tblW w:type="auto" w:w="0"/>
        <w:tblLook w:firstColumn="1" w:firstRow="1" w:lastColumn="0" w:lastRow="0" w:noHBand="0" w:noVBand="1" w:val="04A0"/>
        <w:jc w:val="center"/>
        <w:tblBorders>
          <w:top w:val="single" w:sz="6" w:color="000000"/>
          <w:left w:val="single" w:sz="6" w:color="000000"/>
          <w:bottom w:val="single" w:sz="6" w:color="000000"/>
          <w:right w:val="single" w:sz="6" w:color="000000"/>
          <w:insideH w:val="single" w:sz="6" w:color="000000"/>
          <w:insideV w:val="single" w:sz="6" w:color="000000"/>
        </w:tblBorders>
      </w:tblPr>
      <w:tblGrid>
        <w:gridCol w:w="1336"/>
        <w:gridCol w:w="1336"/>
        <w:gridCol w:w="1336"/>
        <w:gridCol w:w="1336"/>
        <w:gridCol w:w="1336"/>
        <w:gridCol w:w="1336"/>
        <w:gridCol w:w="1336"/>
      </w:tblGrid>
      <w:tr>
        <w:tc>
          <w:tcPr>
            <w:tcW w:type="dxa" w:w="567"/>
            <w:shd w:val="clear" w:color="auto" w:fill="E2F2E8"/>
          </w:tcPr>
          <w:p>
            <w:pPr>
              <w:jc w:val="center"/>
            </w:pPr>
            <w:r/>
            <w:r>
              <w:rPr>
                <w:b/>
                <w:sz w:val="20"/>
              </w:rPr>
              <w:t>STT</w:t>
            </w:r>
          </w:p>
        </w:tc>
        <w:tc>
          <w:tcPr>
            <w:tcW w:type="dxa" w:w="1928"/>
            <w:shd w:val="clear" w:color="auto" w:fill="E2F2E8"/>
          </w:tcPr>
          <w:p>
            <w:pPr>
              <w:jc w:val="center"/>
            </w:pPr>
            <w:r/>
            <w:r>
              <w:rPr>
                <w:b/>
                <w:sz w:val="20"/>
              </w:rPr>
              <w:t>Công việc</w:t>
            </w:r>
          </w:p>
        </w:tc>
        <w:tc>
          <w:tcPr>
            <w:tcW w:type="dxa" w:w="1361"/>
            <w:shd w:val="clear" w:color="auto" w:fill="E2F2E8"/>
          </w:tcPr>
          <w:p>
            <w:pPr>
              <w:jc w:val="center"/>
            </w:pPr>
            <w:r/>
            <w:r>
              <w:rPr>
                <w:b/>
                <w:sz w:val="20"/>
              </w:rPr>
              <w:t>Tiến độ hiện tại</w:t>
            </w:r>
          </w:p>
        </w:tc>
        <w:tc>
          <w:tcPr>
            <w:tcW w:type="dxa" w:w="1020"/>
            <w:shd w:val="clear" w:color="auto" w:fill="E2F2E8"/>
          </w:tcPr>
          <w:p>
            <w:pPr>
              <w:jc w:val="center"/>
            </w:pPr>
            <w:r/>
            <w:r>
              <w:rPr>
                <w:b/>
                <w:sz w:val="20"/>
              </w:rPr>
              <w:t>Hạn xử lý</w:t>
            </w:r>
          </w:p>
        </w:tc>
        <w:tc>
          <w:tcPr>
            <w:tcW w:type="dxa" w:w="1814"/>
            <w:shd w:val="clear" w:color="auto" w:fill="E2F2E8"/>
          </w:tcPr>
          <w:p>
            <w:pPr>
              <w:jc w:val="center"/>
            </w:pPr>
            <w:r/>
            <w:r>
              <w:rPr>
                <w:b/>
                <w:sz w:val="20"/>
              </w:rPr>
              <w:t>Việc cần làm tiếp</w:t>
            </w:r>
          </w:p>
        </w:tc>
        <w:tc>
          <w:tcPr>
            <w:tcW w:type="dxa" w:w="1361"/>
            <w:shd w:val="clear" w:color="auto" w:fill="E2F2E8"/>
          </w:tcPr>
          <w:p>
            <w:pPr>
              <w:jc w:val="center"/>
            </w:pPr>
            <w:r/>
            <w:r>
              <w:rPr>
                <w:b/>
                <w:sz w:val="20"/>
              </w:rPr>
              <w:t>Đầu mối</w:t>
            </w:r>
          </w:p>
        </w:tc>
        <w:tc>
          <w:tcPr>
            <w:tcW w:type="dxa" w:w="1304"/>
            <w:shd w:val="clear" w:color="auto" w:fill="E2F2E8"/>
          </w:tcPr>
          <w:p>
            <w:pPr>
              <w:jc w:val="center"/>
            </w:pPr>
            <w:r/>
            <w:r>
              <w:rPr>
                <w:b/>
                <w:sz w:val="20"/>
              </w:rPr>
              <w:t>Tài liệu/nơi lưu</w:t>
            </w:r>
          </w:p>
        </w:tc>
      </w:tr>
      <w:tr>
        <w:tc>
          <w:tcPr>
            <w:tcW w:type="dxa" w:w="567"/>
          </w:tcPr>
          <w:p>
            <w:r/>
            <w:r>
              <w:rPr>
                <w:sz w:val="20"/>
              </w:rPr>
              <w:t>1</w:t>
            </w:r>
          </w:p>
        </w:tc>
        <w:tc>
          <w:tcPr>
            <w:tcW w:type="dxa" w:w="1928"/>
          </w:tcPr>
          <w:p>
            <w:r/>
            <w:r>
              <w:rPr>
                <w:sz w:val="20"/>
              </w:rPr>
            </w:r>
          </w:p>
        </w:tc>
        <w:tc>
          <w:tcPr>
            <w:tcW w:type="dxa" w:w="1361"/>
          </w:tcPr>
          <w:p>
            <w:r/>
            <w:r>
              <w:rPr>
                <w:sz w:val="20"/>
              </w:rPr>
            </w:r>
          </w:p>
        </w:tc>
        <w:tc>
          <w:tcPr>
            <w:tcW w:type="dxa" w:w="1020"/>
          </w:tcPr>
          <w:p>
            <w:r/>
            <w:r>
              <w:rPr>
                <w:sz w:val="20"/>
              </w:rPr>
            </w:r>
          </w:p>
        </w:tc>
        <w:tc>
          <w:tcPr>
            <w:tcW w:type="dxa" w:w="1814"/>
          </w:tcPr>
          <w:p>
            <w:r/>
            <w:r>
              <w:rPr>
                <w:sz w:val="20"/>
              </w:rPr>
            </w:r>
          </w:p>
        </w:tc>
        <w:tc>
          <w:tcPr>
            <w:tcW w:type="dxa" w:w="1361"/>
          </w:tcPr>
          <w:p>
            <w:r/>
            <w:r>
              <w:rPr>
                <w:sz w:val="20"/>
              </w:rPr>
            </w:r>
          </w:p>
        </w:tc>
        <w:tc>
          <w:tcPr>
            <w:tcW w:type="dxa" w:w="1304"/>
          </w:tcPr>
          <w:p>
            <w:r/>
            <w:r>
              <w:rPr>
                <w:sz w:val="20"/>
              </w:rPr>
            </w:r>
          </w:p>
        </w:tc>
      </w:tr>
      <w:tr>
        <w:tc>
          <w:tcPr>
            <w:tcW w:type="dxa" w:w="567"/>
          </w:tcPr>
          <w:p>
            <w:r/>
            <w:r>
              <w:rPr>
                <w:sz w:val="20"/>
              </w:rPr>
              <w:t>2</w:t>
            </w:r>
          </w:p>
        </w:tc>
        <w:tc>
          <w:tcPr>
            <w:tcW w:type="dxa" w:w="1928"/>
          </w:tcPr>
          <w:p>
            <w:r/>
            <w:r>
              <w:rPr>
                <w:sz w:val="20"/>
              </w:rPr>
            </w:r>
          </w:p>
        </w:tc>
        <w:tc>
          <w:tcPr>
            <w:tcW w:type="dxa" w:w="1361"/>
          </w:tcPr>
          <w:p>
            <w:r/>
            <w:r>
              <w:rPr>
                <w:sz w:val="20"/>
              </w:rPr>
            </w:r>
          </w:p>
        </w:tc>
        <w:tc>
          <w:tcPr>
            <w:tcW w:type="dxa" w:w="1020"/>
          </w:tcPr>
          <w:p>
            <w:r/>
            <w:r>
              <w:rPr>
                <w:sz w:val="20"/>
              </w:rPr>
            </w:r>
          </w:p>
        </w:tc>
        <w:tc>
          <w:tcPr>
            <w:tcW w:type="dxa" w:w="1814"/>
          </w:tcPr>
          <w:p>
            <w:r/>
            <w:r>
              <w:rPr>
                <w:sz w:val="20"/>
              </w:rPr>
            </w:r>
          </w:p>
        </w:tc>
        <w:tc>
          <w:tcPr>
            <w:tcW w:type="dxa" w:w="1361"/>
          </w:tcPr>
          <w:p>
            <w:r/>
            <w:r>
              <w:rPr>
                <w:sz w:val="20"/>
              </w:rPr>
            </w:r>
          </w:p>
        </w:tc>
        <w:tc>
          <w:tcPr>
            <w:tcW w:type="dxa" w:w="1304"/>
          </w:tcPr>
          <w:p>
            <w:r/>
            <w:r>
              <w:rPr>
                <w:sz w:val="20"/>
              </w:rPr>
            </w:r>
          </w:p>
        </w:tc>
      </w:tr>
      <w:tr>
        <w:tc>
          <w:tcPr>
            <w:tcW w:type="dxa" w:w="567"/>
          </w:tcPr>
          <w:p>
            <w:r/>
            <w:r>
              <w:rPr>
                <w:sz w:val="20"/>
              </w:rPr>
              <w:t>3</w:t>
            </w:r>
          </w:p>
        </w:tc>
        <w:tc>
          <w:tcPr>
            <w:tcW w:type="dxa" w:w="1928"/>
          </w:tcPr>
          <w:p>
            <w:r/>
            <w:r>
              <w:rPr>
                <w:sz w:val="20"/>
              </w:rPr>
            </w:r>
          </w:p>
        </w:tc>
        <w:tc>
          <w:tcPr>
            <w:tcW w:type="dxa" w:w="1361"/>
          </w:tcPr>
          <w:p>
            <w:r/>
            <w:r>
              <w:rPr>
                <w:sz w:val="20"/>
              </w:rPr>
            </w:r>
          </w:p>
        </w:tc>
        <w:tc>
          <w:tcPr>
            <w:tcW w:type="dxa" w:w="1020"/>
          </w:tcPr>
          <w:p>
            <w:r/>
            <w:r>
              <w:rPr>
                <w:sz w:val="20"/>
              </w:rPr>
            </w:r>
          </w:p>
        </w:tc>
        <w:tc>
          <w:tcPr>
            <w:tcW w:type="dxa" w:w="1814"/>
          </w:tcPr>
          <w:p>
            <w:r/>
            <w:r>
              <w:rPr>
                <w:sz w:val="20"/>
              </w:rPr>
            </w:r>
          </w:p>
        </w:tc>
        <w:tc>
          <w:tcPr>
            <w:tcW w:type="dxa" w:w="1361"/>
          </w:tcPr>
          <w:p>
            <w:r/>
            <w:r>
              <w:rPr>
                <w:sz w:val="20"/>
              </w:rPr>
            </w:r>
          </w:p>
        </w:tc>
        <w:tc>
          <w:tcPr>
            <w:tcW w:type="dxa" w:w="1304"/>
          </w:tcPr>
          <w:p>
            <w:r/>
            <w:r>
              <w:rPr>
                <w:sz w:val="20"/>
              </w:rPr>
            </w:r>
          </w:p>
        </w:tc>
      </w:tr>
      <w:tr>
        <w:tc>
          <w:tcPr>
            <w:tcW w:type="dxa" w:w="567"/>
          </w:tcPr>
          <w:p>
            <w:r/>
            <w:r>
              <w:rPr>
                <w:sz w:val="20"/>
              </w:rPr>
              <w:t>4</w:t>
            </w:r>
          </w:p>
        </w:tc>
        <w:tc>
          <w:tcPr>
            <w:tcW w:type="dxa" w:w="1928"/>
          </w:tcPr>
          <w:p>
            <w:r/>
            <w:r>
              <w:rPr>
                <w:sz w:val="20"/>
              </w:rPr>
            </w:r>
          </w:p>
        </w:tc>
        <w:tc>
          <w:tcPr>
            <w:tcW w:type="dxa" w:w="1361"/>
          </w:tcPr>
          <w:p>
            <w:r/>
            <w:r>
              <w:rPr>
                <w:sz w:val="20"/>
              </w:rPr>
            </w:r>
          </w:p>
        </w:tc>
        <w:tc>
          <w:tcPr>
            <w:tcW w:type="dxa" w:w="1020"/>
          </w:tcPr>
          <w:p>
            <w:r/>
            <w:r>
              <w:rPr>
                <w:sz w:val="20"/>
              </w:rPr>
            </w:r>
          </w:p>
        </w:tc>
        <w:tc>
          <w:tcPr>
            <w:tcW w:type="dxa" w:w="1814"/>
          </w:tcPr>
          <w:p>
            <w:r/>
            <w:r>
              <w:rPr>
                <w:sz w:val="20"/>
              </w:rPr>
            </w:r>
          </w:p>
        </w:tc>
        <w:tc>
          <w:tcPr>
            <w:tcW w:type="dxa" w:w="1361"/>
          </w:tcPr>
          <w:p>
            <w:r/>
            <w:r>
              <w:rPr>
                <w:sz w:val="20"/>
              </w:rPr>
            </w:r>
          </w:p>
        </w:tc>
        <w:tc>
          <w:tcPr>
            <w:tcW w:type="dxa" w:w="1304"/>
          </w:tcPr>
          <w:p>
            <w:r/>
            <w:r>
              <w:rPr>
                <w:sz w:val="20"/>
              </w:rPr>
            </w:r>
          </w:p>
        </w:tc>
      </w:tr>
    </w:tbl>
    <w:p>
      <w:pPr>
        <w:spacing w:after="40"/>
      </w:pPr>
    </w:p>
    <w:p>
      <w:r>
        <w:rPr>
          <w:b/>
          <w:i w:val="0"/>
        </w:rPr>
        <w:t>3. Phạm vi quyền của bên nhận tạm thời</w:t>
      </w:r>
    </w:p>
    <w:p>
      <w:r>
        <w:rPr>
          <w:b w:val="0"/>
          <w:i w:val="0"/>
        </w:rPr>
        <w:t>Được quyết định: ……………………………………………………………… (ví dụ: duyệt đề nghị thanh toán dưới ……… đồng).</w:t>
      </w:r>
    </w:p>
    <w:p>
      <w:r>
        <w:rPr>
          <w:b w:val="0"/>
          <w:i w:val="0"/>
        </w:rPr>
        <w:t>Phải xin ý kiến người giám sát: ……………………………………………… (ví dụ: ký hợp đồng mới, thay đổi giá).</w:t>
      </w:r>
    </w:p>
    <w:p>
      <w:r>
        <w:rPr>
          <w:b/>
          <w:i w:val="0"/>
        </w:rPr>
        <w:t>4. Tài khoản, quyền truy cập cấp tạm:</w:t>
      </w:r>
      <w:r>
        <w:rPr>
          <w:b w:val="0"/>
          <w:i w:val="0"/>
        </w:rPr>
        <w:t xml:space="preserve"> ……………………………… Thời hạn: đến ngày ……………</w:t>
      </w:r>
    </w:p>
    <w:p>
      <w:r>
        <w:rPr>
          <w:b/>
          <w:i w:val="0"/>
        </w:rPr>
        <w:t>5. Liên hệ khẩn cấp (nếu bên bàn giao đồng ý):</w:t>
      </w:r>
      <w:r>
        <w:rPr>
          <w:b w:val="0"/>
          <w:i w:val="0"/>
        </w:rPr>
        <w:t xml:space="preserve"> ……………………… Chỉ dùng cho: ………………………</w:t>
      </w:r>
    </w:p>
    <w:tbl>
      <w:tblPr>
        <w:tblW w:type="auto" w:w="0"/>
        <w:tblLook w:firstColumn="1" w:firstRow="1" w:lastColumn="0" w:lastRow="0" w:noHBand="0" w:noVBand="1" w:val="04A0"/>
      </w:tblPr>
      <w:tblGrid>
        <w:gridCol w:w="3118"/>
        <w:gridCol w:w="3118"/>
        <w:gridCol w:w="3118"/>
      </w:tblGrid>
      <w:tr>
        <w:tc>
          <w:tcPr>
            <w:tcW w:type="dxa" w:w="3118"/>
          </w:tcPr>
          <w:p>
            <w:pPr>
              <w:jc w:val="center"/>
            </w:pPr>
            <w:r/>
            <w:r>
              <w:rPr>
                <w:b/>
                <w:sz w:val="22"/>
              </w:rPr>
              <w:t>BÊN BÀN GIAO</w:t>
              <w:br/>
            </w:r>
            <w:r>
              <w:rPr>
                <w:i/>
                <w:sz w:val="22"/>
              </w:rPr>
              <w:t>(Ký, ghi rõ họ tên)</w:t>
            </w:r>
          </w:p>
        </w:tc>
        <w:tc>
          <w:tcPr>
            <w:tcW w:type="dxa" w:w="3118"/>
          </w:tcPr>
          <w:p>
            <w:pPr>
              <w:jc w:val="center"/>
            </w:pPr>
            <w:r/>
            <w:r>
              <w:rPr>
                <w:b/>
                <w:sz w:val="22"/>
              </w:rPr>
              <w:t>BÊN NHẬN TẠM THỜI</w:t>
              <w:br/>
            </w:r>
            <w:r>
              <w:rPr>
                <w:i/>
                <w:sz w:val="22"/>
              </w:rPr>
              <w:t>(Ký, ghi rõ họ tên)</w:t>
            </w:r>
          </w:p>
        </w:tc>
        <w:tc>
          <w:tcPr>
            <w:tcW w:type="dxa" w:w="3118"/>
          </w:tcPr>
          <w:p>
            <w:pPr>
              <w:jc w:val="center"/>
            </w:pPr>
            <w:r/>
            <w:r>
              <w:rPr>
                <w:b/>
                <w:sz w:val="22"/>
              </w:rPr>
              <w:t>NGƯỜI GIÁM SÁT</w:t>
              <w:br/>
            </w:r>
            <w:r>
              <w:rPr>
                <w:i/>
                <w:sz w:val="22"/>
              </w:rPr>
              <w:t>(Ký, ghi rõ họ tên)</w:t>
            </w:r>
          </w:p>
        </w:tc>
      </w:tr>
      <w:tr>
        <w:tc>
          <w:tcPr>
            <w:tcW w:type="dxa" w:w="3118"/>
          </w:tcPr>
          <w:p>
            <w:r>
              <w:br/>
              <w:br/>
              <w:br/>
            </w:r>
          </w:p>
        </w:tc>
        <w:tc>
          <w:tcPr>
            <w:tcW w:type="dxa" w:w="3118"/>
          </w:tcPr>
          <w:p>
            <w:r>
              <w:br/>
              <w:br/>
              <w:br/>
            </w:r>
          </w:p>
        </w:tc>
        <w:tc>
          <w:tcPr>
            <w:tcW w:type="dxa" w:w="3118"/>
          </w:tcPr>
          <w:p>
            <w:r>
              <w:br/>
              <w:br/>
              <w:br/>
            </w:r>
          </w:p>
        </w:tc>
      </w:tr>
    </w:tbl>
    <w:p/>
    <w:p>
      <w:pPr>
        <w:jc w:val="center"/>
      </w:pPr>
      <w:r>
        <w:rPr>
          <w:b/>
          <w:i w:val="0"/>
        </w:rPr>
        <w:t>PHẦN B – NHẬN LẠI CÔNG VIỆC</w:t>
      </w:r>
      <w:r>
        <w:rPr>
          <w:b w:val="0"/>
          <w:i w:val="0"/>
        </w:rPr>
        <w:t xml:space="preserve"> (lập khi bên bàn giao trở lại, ngày ……………)</w:t>
      </w:r>
    </w:p>
    <w:tbl>
      <w:tblPr>
        <w:tblW w:type="auto" w:w="0"/>
        <w:tblLook w:firstColumn="1" w:firstRow="1" w:lastColumn="0" w:lastRow="0" w:noHBand="0" w:noVBand="1" w:val="04A0"/>
        <w:jc w:val="center"/>
        <w:tblBorders>
          <w:top w:val="single" w:sz="6" w:color="000000"/>
          <w:left w:val="single" w:sz="6" w:color="000000"/>
          <w:bottom w:val="single" w:sz="6" w:color="000000"/>
          <w:right w:val="single" w:sz="6" w:color="000000"/>
          <w:insideH w:val="single" w:sz="6" w:color="000000"/>
          <w:insideV w:val="single" w:sz="6" w:color="000000"/>
        </w:tblBorders>
      </w:tblPr>
      <w:tblGrid>
        <w:gridCol w:w="1871"/>
        <w:gridCol w:w="1871"/>
        <w:gridCol w:w="1871"/>
        <w:gridCol w:w="1871"/>
        <w:gridCol w:w="1871"/>
      </w:tblGrid>
      <w:tr>
        <w:tc>
          <w:tcPr>
            <w:tcW w:type="dxa" w:w="567"/>
            <w:shd w:val="clear" w:color="auto" w:fill="E2F2E8"/>
          </w:tcPr>
          <w:p>
            <w:pPr>
              <w:jc w:val="center"/>
            </w:pPr>
            <w:r/>
            <w:r>
              <w:rPr>
                <w:b/>
                <w:sz w:val="22"/>
              </w:rPr>
              <w:t>STT</w:t>
            </w:r>
          </w:p>
        </w:tc>
        <w:tc>
          <w:tcPr>
            <w:tcW w:type="dxa" w:w="2268"/>
            <w:shd w:val="clear" w:color="auto" w:fill="E2F2E8"/>
          </w:tcPr>
          <w:p>
            <w:pPr>
              <w:jc w:val="center"/>
            </w:pPr>
            <w:r/>
            <w:r>
              <w:rPr>
                <w:b/>
                <w:sz w:val="22"/>
              </w:rPr>
              <w:t>Công việc</w:t>
            </w:r>
          </w:p>
        </w:tc>
        <w:tc>
          <w:tcPr>
            <w:tcW w:type="dxa" w:w="3118"/>
            <w:shd w:val="clear" w:color="auto" w:fill="E2F2E8"/>
          </w:tcPr>
          <w:p>
            <w:pPr>
              <w:jc w:val="center"/>
            </w:pPr>
            <w:r/>
            <w:r>
              <w:rPr>
                <w:b/>
                <w:sz w:val="22"/>
              </w:rPr>
              <w:t>Đã phát sinh/xử lý trong thời gian vắng</w:t>
            </w:r>
          </w:p>
        </w:tc>
        <w:tc>
          <w:tcPr>
            <w:tcW w:type="dxa" w:w="1984"/>
            <w:shd w:val="clear" w:color="auto" w:fill="E2F2E8"/>
          </w:tcPr>
          <w:p>
            <w:pPr>
              <w:jc w:val="center"/>
            </w:pPr>
            <w:r/>
            <w:r>
              <w:rPr>
                <w:b/>
                <w:sz w:val="22"/>
              </w:rPr>
              <w:t>Còn dở</w:t>
            </w:r>
          </w:p>
        </w:tc>
        <w:tc>
          <w:tcPr>
            <w:tcW w:type="dxa" w:w="1417"/>
            <w:shd w:val="clear" w:color="auto" w:fill="E2F2E8"/>
          </w:tcPr>
          <w:p>
            <w:pPr>
              <w:jc w:val="center"/>
            </w:pPr>
            <w:r/>
            <w:r>
              <w:rPr>
                <w:b/>
                <w:sz w:val="22"/>
              </w:rPr>
              <w:t>Ghi chú</w:t>
            </w:r>
          </w:p>
        </w:tc>
      </w:tr>
      <w:tr>
        <w:tc>
          <w:tcPr>
            <w:tcW w:type="dxa" w:w="567"/>
          </w:tcPr>
          <w:p>
            <w:r/>
            <w:r>
              <w:rPr>
                <w:sz w:val="22"/>
              </w:rPr>
              <w:t>1</w:t>
            </w:r>
          </w:p>
        </w:tc>
        <w:tc>
          <w:tcPr>
            <w:tcW w:type="dxa" w:w="2268"/>
          </w:tcPr>
          <w:p>
            <w:r/>
            <w:r>
              <w:rPr>
                <w:sz w:val="22"/>
              </w:rPr>
            </w:r>
          </w:p>
        </w:tc>
        <w:tc>
          <w:tcPr>
            <w:tcW w:type="dxa" w:w="3118"/>
          </w:tcPr>
          <w:p>
            <w:r/>
            <w:r>
              <w:rPr>
                <w:sz w:val="22"/>
              </w:rPr>
            </w:r>
          </w:p>
        </w:tc>
        <w:tc>
          <w:tcPr>
            <w:tcW w:type="dxa" w:w="1984"/>
          </w:tcPr>
          <w:p>
            <w:r/>
            <w:r>
              <w:rPr>
                <w:sz w:val="22"/>
              </w:rPr>
            </w:r>
          </w:p>
        </w:tc>
        <w:tc>
          <w:tcPr>
            <w:tcW w:type="dxa" w:w="1417"/>
          </w:tcPr>
          <w:p>
            <w:r/>
            <w:r>
              <w:rPr>
                <w:sz w:val="22"/>
              </w:rPr>
            </w:r>
          </w:p>
        </w:tc>
      </w:tr>
      <w:tr>
        <w:tc>
          <w:tcPr>
            <w:tcW w:type="dxa" w:w="567"/>
          </w:tcPr>
          <w:p>
            <w:r/>
            <w:r>
              <w:rPr>
                <w:sz w:val="22"/>
              </w:rPr>
              <w:t>2</w:t>
            </w:r>
          </w:p>
        </w:tc>
        <w:tc>
          <w:tcPr>
            <w:tcW w:type="dxa" w:w="2268"/>
          </w:tcPr>
          <w:p>
            <w:r/>
            <w:r>
              <w:rPr>
                <w:sz w:val="22"/>
              </w:rPr>
            </w:r>
          </w:p>
        </w:tc>
        <w:tc>
          <w:tcPr>
            <w:tcW w:type="dxa" w:w="3118"/>
          </w:tcPr>
          <w:p>
            <w:r/>
            <w:r>
              <w:rPr>
                <w:sz w:val="22"/>
              </w:rPr>
            </w:r>
          </w:p>
        </w:tc>
        <w:tc>
          <w:tcPr>
            <w:tcW w:type="dxa" w:w="1984"/>
          </w:tcPr>
          <w:p>
            <w:r/>
            <w:r>
              <w:rPr>
                <w:sz w:val="22"/>
              </w:rPr>
            </w:r>
          </w:p>
        </w:tc>
        <w:tc>
          <w:tcPr>
            <w:tcW w:type="dxa" w:w="1417"/>
          </w:tcPr>
          <w:p>
            <w:r/>
            <w:r>
              <w:rPr>
                <w:sz w:val="22"/>
              </w:rPr>
            </w:r>
          </w:p>
        </w:tc>
      </w:tr>
      <w:tr>
        <w:tc>
          <w:tcPr>
            <w:tcW w:type="dxa" w:w="567"/>
          </w:tcPr>
          <w:p>
            <w:r/>
            <w:r>
              <w:rPr>
                <w:sz w:val="22"/>
              </w:rPr>
              <w:t>3</w:t>
            </w:r>
          </w:p>
        </w:tc>
        <w:tc>
          <w:tcPr>
            <w:tcW w:type="dxa" w:w="2268"/>
          </w:tcPr>
          <w:p>
            <w:r/>
            <w:r>
              <w:rPr>
                <w:sz w:val="22"/>
              </w:rPr>
            </w:r>
          </w:p>
        </w:tc>
        <w:tc>
          <w:tcPr>
            <w:tcW w:type="dxa" w:w="3118"/>
          </w:tcPr>
          <w:p>
            <w:r/>
            <w:r>
              <w:rPr>
                <w:sz w:val="22"/>
              </w:rPr>
            </w:r>
          </w:p>
        </w:tc>
        <w:tc>
          <w:tcPr>
            <w:tcW w:type="dxa" w:w="1984"/>
          </w:tcPr>
          <w:p>
            <w:r/>
            <w:r>
              <w:rPr>
                <w:sz w:val="22"/>
              </w:rPr>
            </w:r>
          </w:p>
        </w:tc>
        <w:tc>
          <w:tcPr>
            <w:tcW w:type="dxa" w:w="1417"/>
          </w:tcPr>
          <w:p>
            <w:r/>
            <w:r>
              <w:rPr>
                <w:sz w:val="22"/>
              </w:rPr>
            </w:r>
          </w:p>
        </w:tc>
      </w:tr>
      <w:tr>
        <w:tc>
          <w:tcPr>
            <w:tcW w:type="dxa" w:w="567"/>
          </w:tcPr>
          <w:p>
            <w:r/>
            <w:r>
              <w:rPr>
                <w:sz w:val="22"/>
              </w:rPr>
              <w:t>4</w:t>
            </w:r>
          </w:p>
        </w:tc>
        <w:tc>
          <w:tcPr>
            <w:tcW w:type="dxa" w:w="2268"/>
          </w:tcPr>
          <w:p>
            <w:r/>
            <w:r>
              <w:rPr>
                <w:sz w:val="22"/>
              </w:rPr>
            </w:r>
          </w:p>
        </w:tc>
        <w:tc>
          <w:tcPr>
            <w:tcW w:type="dxa" w:w="3118"/>
          </w:tcPr>
          <w:p>
            <w:r/>
            <w:r>
              <w:rPr>
                <w:sz w:val="22"/>
              </w:rPr>
            </w:r>
          </w:p>
        </w:tc>
        <w:tc>
          <w:tcPr>
            <w:tcW w:type="dxa" w:w="1984"/>
          </w:tcPr>
          <w:p>
            <w:r/>
            <w:r>
              <w:rPr>
                <w:sz w:val="22"/>
              </w:rPr>
            </w:r>
          </w:p>
        </w:tc>
        <w:tc>
          <w:tcPr>
            <w:tcW w:type="dxa" w:w="1417"/>
          </w:tcPr>
          <w:p>
            <w:r/>
            <w:r>
              <w:rPr>
                <w:sz w:val="22"/>
              </w:rPr>
            </w:r>
          </w:p>
        </w:tc>
      </w:tr>
    </w:tbl>
    <w:p>
      <w:pPr>
        <w:spacing w:after="40"/>
      </w:pPr>
    </w:p>
    <w:p>
      <w:r>
        <w:rPr>
          <w:b w:val="0"/>
          <w:i w:val="0"/>
        </w:rPr>
        <w:t>Tài khoản cấp tạm đã thu hồi: ☐ Rồi  ☐ Chưa. Bên bàn giao đã nhận lại đầy đủ công việc kể từ ngày ……………</w:t>
      </w:r>
    </w:p>
    <w:tbl>
      <w:tblPr>
        <w:tblW w:type="auto" w:w="0"/>
        <w:tblLook w:firstColumn="1" w:firstRow="1" w:lastColumn="0" w:lastRow="0" w:noHBand="0" w:noVBand="1" w:val="04A0"/>
      </w:tblPr>
      <w:tblGrid>
        <w:gridCol w:w="3118"/>
        <w:gridCol w:w="3118"/>
        <w:gridCol w:w="3118"/>
      </w:tblGrid>
      <w:tr>
        <w:tc>
          <w:tcPr>
            <w:tcW w:type="dxa" w:w="3118"/>
          </w:tcPr>
          <w:p>
            <w:pPr>
              <w:jc w:val="center"/>
            </w:pPr>
            <w:r/>
            <w:r>
              <w:rPr>
                <w:b/>
                <w:sz w:val="22"/>
              </w:rPr>
              <w:t>NGƯỜI NHẬN LẠI</w:t>
              <w:br/>
            </w:r>
            <w:r>
              <w:rPr>
                <w:i/>
                <w:sz w:val="22"/>
              </w:rPr>
              <w:t>(Ký, ghi rõ họ tên)</w:t>
            </w:r>
          </w:p>
        </w:tc>
        <w:tc>
          <w:tcPr>
            <w:tcW w:type="dxa" w:w="3118"/>
          </w:tcPr>
          <w:p>
            <w:pPr>
              <w:jc w:val="center"/>
            </w:pPr>
            <w:r/>
            <w:r>
              <w:rPr>
                <w:b/>
                <w:sz w:val="22"/>
              </w:rPr>
              <w:t>BÊN NHẬN TẠM THỜI</w:t>
              <w:br/>
            </w:r>
            <w:r>
              <w:rPr>
                <w:i/>
                <w:sz w:val="22"/>
              </w:rPr>
              <w:t>(Ký, ghi rõ họ tên)</w:t>
            </w:r>
          </w:p>
        </w:tc>
        <w:tc>
          <w:tcPr>
            <w:tcW w:type="dxa" w:w="3118"/>
          </w:tcPr>
          <w:p>
            <w:pPr>
              <w:jc w:val="center"/>
            </w:pPr>
            <w:r/>
            <w:r>
              <w:rPr>
                <w:b/>
                <w:sz w:val="22"/>
              </w:rPr>
              <w:t>NGƯỜI GIÁM SÁT</w:t>
              <w:br/>
            </w:r>
            <w:r>
              <w:rPr>
                <w:i/>
                <w:sz w:val="22"/>
              </w:rPr>
              <w:t>(Ký, ghi rõ họ tên)</w:t>
            </w:r>
          </w:p>
        </w:tc>
      </w:tr>
      <w:tr>
        <w:tc>
          <w:tcPr>
            <w:tcW w:type="dxa" w:w="3118"/>
          </w:tcPr>
          <w:p>
            <w:r>
              <w:br/>
              <w:br/>
              <w:br/>
            </w:r>
          </w:p>
        </w:tc>
        <w:tc>
          <w:tcPr>
            <w:tcW w:type="dxa" w:w="3118"/>
          </w:tcPr>
          <w:p>
            <w:r>
              <w:br/>
              <w:br/>
              <w:br/>
            </w:r>
          </w:p>
        </w:tc>
        <w:tc>
          <w:tcPr>
            <w:tcW w:type="dxa" w:w="3118"/>
          </w:tcPr>
          <w:p>
            <w:r>
              <w:br/>
              <w:br/>
              <w:br/>
            </w:r>
          </w:p>
        </w:tc>
      </w:tr>
    </w:tbl>
    <w:p>
      <w:r>
        <w:br w:type="page"/>
      </w:r>
    </w:p>
    <w:p>
      <w:r>
        <w:rPr>
          <w:b w:val="0"/>
          <w:i/>
          <w:sz w:val="22"/>
        </w:rPr>
        <w:t>VÍ DỤ ĐIỀN SẴN – Tình huống giả định, chỉ để minh họa cách ghi</w:t>
      </w:r>
    </w:p>
    <w:tbl>
      <w:tblPr>
        <w:tblW w:type="auto" w:w="0"/>
        <w:tblLook w:firstColumn="1" w:firstRow="1" w:lastColumn="0" w:lastRow="0" w:noHBand="0" w:noVBand="1" w:val="04A0"/>
      </w:tblPr>
      <w:tblGrid>
        <w:gridCol w:w="4677"/>
        <w:gridCol w:w="4677"/>
      </w:tblGrid>
      <w:tr>
        <w:tc>
          <w:tcPr>
            <w:tcW w:type="dxa" w:w="3969"/>
          </w:tcPr>
          <w:p>
            <w:pPr>
              <w:jc w:val="center"/>
            </w:pPr>
            <w:r/>
            <w:r>
              <w:rPr>
                <w:b/>
                <w:sz w:val="24"/>
              </w:rPr>
              <w:t>CÔNG TY TNHH ABC</w:t>
              <w:br/>
            </w:r>
            <w:r>
              <w:rPr>
                <w:sz w:val="24"/>
              </w:rPr>
              <w:t>BỘ PHẬN: ……………</w:t>
              <w:br/>
            </w:r>
            <w:r>
              <w:rPr>
                <w:sz w:val="24"/>
              </w:rPr>
              <w:t>Số: 08/2026/BBBG-HCNS</w:t>
            </w:r>
          </w:p>
        </w:tc>
        <w:tc>
          <w:tcPr>
            <w:tcW w:type="dxa" w:w="5386"/>
          </w:tcPr>
          <w:p>
            <w:pPr>
              <w:jc w:val="center"/>
            </w:pPr>
            <w:r/>
            <w:r>
              <w:rPr>
                <w:b/>
                <w:sz w:val="24"/>
              </w:rPr>
              <w:t>CỘNG HÒA XÃ HỘI CHỦ NGHĨA VIỆT NAM</w:t>
              <w:br/>
            </w:r>
            <w:r>
              <w:rPr>
                <w:b/>
                <w:sz w:val="26"/>
              </w:rPr>
              <w:t>Độc lập – Tự do – Hạnh phúc</w:t>
              <w:br/>
            </w:r>
            <w:r>
              <w:rPr>
                <w:sz w:val="20"/>
              </w:rPr>
              <w:t>―――――――――</w:t>
            </w:r>
          </w:p>
        </w:tc>
      </w:tr>
    </w:tbl>
    <w:p>
      <w:pPr>
        <w:jc w:val="right"/>
      </w:pPr>
      <w:r>
        <w:rPr>
          <w:b w:val="0"/>
          <w:i/>
        </w:rPr>
        <w:t>……………, ngày …… tháng …… năm 20……</w:t>
      </w:r>
    </w:p>
    <w:p>
      <w:pPr>
        <w:spacing w:after="160"/>
        <w:jc w:val="center"/>
      </w:pPr>
      <w:r>
        <w:rPr>
          <w:b/>
          <w:i w:val="0"/>
          <w:sz w:val="30"/>
        </w:rPr>
        <w:t>BIÊN BẢN BÀN GIAO CÔNG VIỆC</w:t>
      </w:r>
    </w:p>
    <w:p>
      <w:pPr>
        <w:jc w:val="both"/>
      </w:pPr>
      <w:r>
        <w:rPr>
          <w:b w:val="0"/>
          <w:i w:val="0"/>
        </w:rPr>
        <w:t>Căn cứ Đơn xin nghỉ việc của bà Nguyễn Thị Lan đã được Giám đốc duyệt ngày 30/09/2026;</w:t>
      </w:r>
    </w:p>
    <w:p>
      <w:r>
        <w:rPr>
          <w:b w:val="0"/>
          <w:i w:val="0"/>
        </w:rPr>
        <w:t>Hôm nay, ngày 12 tháng 11 năm 2026, tại Phòng Hành chính Nhân sự, chúng tôi gồm:</w:t>
      </w:r>
    </w:p>
    <w:p>
      <w:r>
        <w:rPr>
          <w:b/>
          <w:i w:val="0"/>
        </w:rPr>
        <w:t>BÊN BÀN GIAO:</w:t>
      </w:r>
      <w:r>
        <w:rPr>
          <w:b w:val="0"/>
          <w:i w:val="0"/>
        </w:rPr>
        <w:t xml:space="preserve"> Bà Nguyễn Thị Lan – Chuyên viên hành chính nhân sự – Mã NV: NV0215</w:t>
      </w:r>
    </w:p>
    <w:p>
      <w:r>
        <w:rPr>
          <w:b/>
          <w:i w:val="0"/>
        </w:rPr>
        <w:t>BÊN NHẬN BÀN GIAO:</w:t>
      </w:r>
      <w:r>
        <w:rPr>
          <w:b w:val="0"/>
          <w:i w:val="0"/>
        </w:rPr>
        <w:t xml:space="preserve"> Ông Trần Văn Minh – Chuyên viên hành chính – Phòng Hành chính Nhân sự</w:t>
      </w:r>
    </w:p>
    <w:p>
      <w:r>
        <w:rPr>
          <w:b/>
          <w:i w:val="0"/>
        </w:rPr>
        <w:t>NGƯỜI GIÁM SÁT:</w:t>
      </w:r>
      <w:r>
        <w:rPr>
          <w:b w:val="0"/>
          <w:i w:val="0"/>
        </w:rPr>
        <w:t xml:space="preserve"> Bà Lê Thu Hà – Trưởng phòng Hành chính Nhân sự</w:t>
      </w:r>
    </w:p>
    <w:p>
      <w:r>
        <w:rPr>
          <w:b/>
          <w:i w:val="0"/>
        </w:rPr>
        <w:t>1. Lý do và thời gian:</w:t>
      </w:r>
      <w:r>
        <w:rPr>
          <w:b w:val="0"/>
          <w:i w:val="0"/>
        </w:rPr>
        <w:t xml:space="preserve"> Nghỉ việc (hợp đồng không xác định thời hạn, báo trước 45 ngày từ 29/09/2026). Bàn giao từ 12/10/2026 đến 12/11/2026. Ngày làm việc cuối: 13/11/2026. Ông Minh chịu trách nhiệm từ 16/11/2026.</w:t>
      </w:r>
    </w:p>
    <w:p>
      <w:r>
        <w:rPr>
          <w:b/>
          <w:i w:val="0"/>
        </w:rPr>
        <w:t>2. Công việc đang thực hiện</w:t>
      </w:r>
    </w:p>
    <w:tbl>
      <w:tblPr>
        <w:tblW w:type="auto" w:w="0"/>
        <w:tblLook w:firstColumn="1" w:firstRow="1" w:lastColumn="0" w:lastRow="0" w:noHBand="0" w:noVBand="1" w:val="04A0"/>
        <w:jc w:val="center"/>
        <w:tblBorders>
          <w:top w:val="single" w:sz="6" w:color="000000"/>
          <w:left w:val="single" w:sz="6" w:color="000000"/>
          <w:bottom w:val="single" w:sz="6" w:color="000000"/>
          <w:right w:val="single" w:sz="6" w:color="000000"/>
          <w:insideH w:val="single" w:sz="6" w:color="000000"/>
          <w:insideV w:val="single" w:sz="6" w:color="000000"/>
        </w:tblBorders>
      </w:tblPr>
      <w:tblGrid>
        <w:gridCol w:w="1336"/>
        <w:gridCol w:w="1336"/>
        <w:gridCol w:w="1336"/>
        <w:gridCol w:w="1336"/>
        <w:gridCol w:w="1336"/>
        <w:gridCol w:w="1336"/>
        <w:gridCol w:w="1336"/>
      </w:tblGrid>
      <w:tr>
        <w:tc>
          <w:tcPr>
            <w:tcW w:type="dxa" w:w="567"/>
            <w:shd w:val="clear" w:color="auto" w:fill="E2F2E8"/>
          </w:tcPr>
          <w:p>
            <w:pPr>
              <w:jc w:val="center"/>
            </w:pPr>
            <w:r/>
            <w:r>
              <w:rPr>
                <w:b/>
                <w:sz w:val="20"/>
              </w:rPr>
              <w:t>STT</w:t>
            </w:r>
          </w:p>
        </w:tc>
        <w:tc>
          <w:tcPr>
            <w:tcW w:type="dxa" w:w="1928"/>
            <w:shd w:val="clear" w:color="auto" w:fill="E2F2E8"/>
          </w:tcPr>
          <w:p>
            <w:pPr>
              <w:jc w:val="center"/>
            </w:pPr>
            <w:r/>
            <w:r>
              <w:rPr>
                <w:b/>
                <w:sz w:val="20"/>
              </w:rPr>
              <w:t>Công việc</w:t>
            </w:r>
          </w:p>
        </w:tc>
        <w:tc>
          <w:tcPr>
            <w:tcW w:type="dxa" w:w="1474"/>
            <w:shd w:val="clear" w:color="auto" w:fill="E2F2E8"/>
          </w:tcPr>
          <w:p>
            <w:pPr>
              <w:jc w:val="center"/>
            </w:pPr>
            <w:r/>
            <w:r>
              <w:rPr>
                <w:b/>
                <w:sz w:val="20"/>
              </w:rPr>
              <w:t>Tiến độ hiện tại</w:t>
            </w:r>
          </w:p>
        </w:tc>
        <w:tc>
          <w:tcPr>
            <w:tcW w:type="dxa" w:w="1020"/>
            <w:shd w:val="clear" w:color="auto" w:fill="E2F2E8"/>
          </w:tcPr>
          <w:p>
            <w:pPr>
              <w:jc w:val="center"/>
            </w:pPr>
            <w:r/>
            <w:r>
              <w:rPr>
                <w:b/>
                <w:sz w:val="20"/>
              </w:rPr>
              <w:t>Hạn xử lý</w:t>
            </w:r>
          </w:p>
        </w:tc>
        <w:tc>
          <w:tcPr>
            <w:tcW w:type="dxa" w:w="1701"/>
            <w:shd w:val="clear" w:color="auto" w:fill="E2F2E8"/>
          </w:tcPr>
          <w:p>
            <w:pPr>
              <w:jc w:val="center"/>
            </w:pPr>
            <w:r/>
            <w:r>
              <w:rPr>
                <w:b/>
                <w:sz w:val="20"/>
              </w:rPr>
              <w:t>Việc cần làm tiếp</w:t>
            </w:r>
          </w:p>
        </w:tc>
        <w:tc>
          <w:tcPr>
            <w:tcW w:type="dxa" w:w="1361"/>
            <w:shd w:val="clear" w:color="auto" w:fill="E2F2E8"/>
          </w:tcPr>
          <w:p>
            <w:pPr>
              <w:jc w:val="center"/>
            </w:pPr>
            <w:r/>
            <w:r>
              <w:rPr>
                <w:b/>
                <w:sz w:val="20"/>
              </w:rPr>
              <w:t>Đầu mối liên quan</w:t>
            </w:r>
          </w:p>
        </w:tc>
        <w:tc>
          <w:tcPr>
            <w:tcW w:type="dxa" w:w="1304"/>
            <w:shd w:val="clear" w:color="auto" w:fill="E2F2E8"/>
          </w:tcPr>
          <w:p>
            <w:pPr>
              <w:jc w:val="center"/>
            </w:pPr>
            <w:r/>
            <w:r>
              <w:rPr>
                <w:b/>
                <w:sz w:val="20"/>
              </w:rPr>
              <w:t>Tài liệu/nơi lưu</w:t>
            </w:r>
          </w:p>
        </w:tc>
      </w:tr>
      <w:tr>
        <w:tc>
          <w:tcPr>
            <w:tcW w:type="dxa" w:w="567"/>
          </w:tcPr>
          <w:p>
            <w:r/>
            <w:r>
              <w:rPr>
                <w:sz w:val="20"/>
              </w:rPr>
              <w:t>1</w:t>
            </w:r>
          </w:p>
        </w:tc>
        <w:tc>
          <w:tcPr>
            <w:tcW w:type="dxa" w:w="1928"/>
          </w:tcPr>
          <w:p>
            <w:r/>
            <w:r>
              <w:rPr>
                <w:sz w:val="20"/>
              </w:rPr>
              <w:t>Tuyển 2 nhân viên kinh doanh</w:t>
            </w:r>
          </w:p>
        </w:tc>
        <w:tc>
          <w:tcPr>
            <w:tcW w:type="dxa" w:w="1474"/>
          </w:tcPr>
          <w:p>
            <w:r/>
            <w:r>
              <w:rPr>
                <w:sz w:val="20"/>
              </w:rPr>
              <w:t>Đã lọc 18 hồ sơ, chọn 6 hồ sơ phỏng vấn</w:t>
            </w:r>
          </w:p>
        </w:tc>
        <w:tc>
          <w:tcPr>
            <w:tcW w:type="dxa" w:w="1020"/>
          </w:tcPr>
          <w:p>
            <w:r/>
            <w:r>
              <w:rPr>
                <w:sz w:val="20"/>
              </w:rPr>
              <w:t>20/11/2026</w:t>
            </w:r>
          </w:p>
        </w:tc>
        <w:tc>
          <w:tcPr>
            <w:tcW w:type="dxa" w:w="1701"/>
          </w:tcPr>
          <w:p>
            <w:r/>
            <w:r>
              <w:rPr>
                <w:sz w:val="20"/>
              </w:rPr>
              <w:t>Gửi thư mời phỏng vấn trước 15/11</w:t>
            </w:r>
          </w:p>
        </w:tc>
        <w:tc>
          <w:tcPr>
            <w:tcW w:type="dxa" w:w="1361"/>
          </w:tcPr>
          <w:p>
            <w:r/>
            <w:r>
              <w:rPr>
                <w:sz w:val="20"/>
              </w:rPr>
              <w:t>Trưởng phòng Kinh doanh</w:t>
            </w:r>
          </w:p>
        </w:tc>
        <w:tc>
          <w:tcPr>
            <w:tcW w:type="dxa" w:w="1304"/>
          </w:tcPr>
          <w:p>
            <w:r/>
            <w:r>
              <w:rPr>
                <w:sz w:val="20"/>
              </w:rPr>
              <w:t>Drive/Tuyển dụng/2026-11</w:t>
            </w:r>
          </w:p>
        </w:tc>
      </w:tr>
      <w:tr>
        <w:tc>
          <w:tcPr>
            <w:tcW w:type="dxa" w:w="567"/>
          </w:tcPr>
          <w:p>
            <w:r/>
            <w:r>
              <w:rPr>
                <w:sz w:val="20"/>
              </w:rPr>
              <w:t>2</w:t>
            </w:r>
          </w:p>
        </w:tc>
        <w:tc>
          <w:tcPr>
            <w:tcW w:type="dxa" w:w="1928"/>
          </w:tcPr>
          <w:p>
            <w:r/>
            <w:r>
              <w:rPr>
                <w:sz w:val="20"/>
              </w:rPr>
              <w:t>Gia hạn hợp đồng dịch vụ văn phòng</w:t>
            </w:r>
          </w:p>
        </w:tc>
        <w:tc>
          <w:tcPr>
            <w:tcW w:type="dxa" w:w="1474"/>
          </w:tcPr>
          <w:p>
            <w:r/>
            <w:r>
              <w:rPr>
                <w:sz w:val="20"/>
              </w:rPr>
              <w:t>Đã nhận báo giá gia hạn, chờ Giám đốc duyệt</w:t>
            </w:r>
          </w:p>
        </w:tc>
        <w:tc>
          <w:tcPr>
            <w:tcW w:type="dxa" w:w="1020"/>
          </w:tcPr>
          <w:p>
            <w:r/>
            <w:r>
              <w:rPr>
                <w:sz w:val="20"/>
              </w:rPr>
              <w:t>31/12/2026</w:t>
            </w:r>
          </w:p>
        </w:tc>
        <w:tc>
          <w:tcPr>
            <w:tcW w:type="dxa" w:w="1701"/>
          </w:tcPr>
          <w:p>
            <w:r/>
            <w:r>
              <w:rPr>
                <w:sz w:val="20"/>
              </w:rPr>
              <w:t>Theo dõi duyệt, ký phụ lục gia hạn</w:t>
            </w:r>
          </w:p>
        </w:tc>
        <w:tc>
          <w:tcPr>
            <w:tcW w:type="dxa" w:w="1361"/>
          </w:tcPr>
          <w:p>
            <w:r/>
            <w:r>
              <w:rPr>
                <w:sz w:val="20"/>
              </w:rPr>
              <w:t>Bộ phận kinh doanh bên cho thuê</w:t>
            </w:r>
          </w:p>
        </w:tc>
        <w:tc>
          <w:tcPr>
            <w:tcW w:type="dxa" w:w="1304"/>
          </w:tcPr>
          <w:p>
            <w:r/>
            <w:r>
              <w:rPr>
                <w:sz w:val="20"/>
              </w:rPr>
              <w:t>Drive/Hợp đồng/Văn phòng</w:t>
            </w:r>
          </w:p>
        </w:tc>
      </w:tr>
      <w:tr>
        <w:tc>
          <w:tcPr>
            <w:tcW w:type="dxa" w:w="567"/>
          </w:tcPr>
          <w:p>
            <w:r/>
            <w:r>
              <w:rPr>
                <w:sz w:val="20"/>
              </w:rPr>
              <w:t>3</w:t>
            </w:r>
          </w:p>
        </w:tc>
        <w:tc>
          <w:tcPr>
            <w:tcW w:type="dxa" w:w="1928"/>
          </w:tcPr>
          <w:p>
            <w:r/>
            <w:r>
              <w:rPr>
                <w:sz w:val="20"/>
              </w:rPr>
              <w:t>Hồ sơ bảo hiểm nhân viên nghỉ thai sản</w:t>
            </w:r>
          </w:p>
        </w:tc>
        <w:tc>
          <w:tcPr>
            <w:tcW w:type="dxa" w:w="1474"/>
          </w:tcPr>
          <w:p>
            <w:r/>
            <w:r>
              <w:rPr>
                <w:sz w:val="20"/>
              </w:rPr>
              <w:t>Chờ nhân viên bổ sung giấy tờ</w:t>
            </w:r>
          </w:p>
        </w:tc>
        <w:tc>
          <w:tcPr>
            <w:tcW w:type="dxa" w:w="1020"/>
          </w:tcPr>
          <w:p>
            <w:r/>
            <w:r>
              <w:rPr>
                <w:sz w:val="20"/>
              </w:rPr>
              <w:t>25/11/2026</w:t>
            </w:r>
          </w:p>
        </w:tc>
        <w:tc>
          <w:tcPr>
            <w:tcW w:type="dxa" w:w="1701"/>
          </w:tcPr>
          <w:p>
            <w:r/>
            <w:r>
              <w:rPr>
                <w:sz w:val="20"/>
              </w:rPr>
              <w:t>Nhắc bổ sung, nộp hồ sơ</w:t>
            </w:r>
          </w:p>
        </w:tc>
        <w:tc>
          <w:tcPr>
            <w:tcW w:type="dxa" w:w="1361"/>
          </w:tcPr>
          <w:p>
            <w:r/>
            <w:r>
              <w:rPr>
                <w:sz w:val="20"/>
              </w:rPr>
              <w:t>Nhân viên liên quan</w:t>
            </w:r>
          </w:p>
        </w:tc>
        <w:tc>
          <w:tcPr>
            <w:tcW w:type="dxa" w:w="1304"/>
          </w:tcPr>
          <w:p>
            <w:r/>
            <w:r>
              <w:rPr>
                <w:sz w:val="20"/>
              </w:rPr>
              <w:t>Tủ hồ sơ HCNS, ngăn 3</w:t>
            </w:r>
          </w:p>
        </w:tc>
      </w:tr>
    </w:tbl>
    <w:p>
      <w:pPr>
        <w:spacing w:after="40"/>
      </w:pPr>
    </w:p>
    <w:p>
      <w:r>
        <w:rPr>
          <w:b/>
          <w:i w:val="0"/>
        </w:rPr>
        <w:t>3. Công việc định kỳ</w:t>
      </w:r>
    </w:p>
    <w:tbl>
      <w:tblPr>
        <w:tblW w:type="auto" w:w="0"/>
        <w:tblLook w:firstColumn="1" w:firstRow="1" w:lastColumn="0" w:lastRow="0" w:noHBand="0" w:noVBand="1" w:val="04A0"/>
        <w:jc w:val="center"/>
        <w:tblBorders>
          <w:top w:val="single" w:sz="6" w:color="000000"/>
          <w:left w:val="single" w:sz="6" w:color="000000"/>
          <w:bottom w:val="single" w:sz="6" w:color="000000"/>
          <w:right w:val="single" w:sz="6" w:color="000000"/>
          <w:insideH w:val="single" w:sz="6" w:color="000000"/>
          <w:insideV w:val="single" w:sz="6" w:color="000000"/>
        </w:tblBorders>
      </w:tblPr>
      <w:tblGrid>
        <w:gridCol w:w="1871"/>
        <w:gridCol w:w="1871"/>
        <w:gridCol w:w="1871"/>
        <w:gridCol w:w="1871"/>
        <w:gridCol w:w="1871"/>
      </w:tblGrid>
      <w:tr>
        <w:tc>
          <w:tcPr>
            <w:tcW w:type="dxa" w:w="567"/>
            <w:shd w:val="clear" w:color="auto" w:fill="E2F2E8"/>
          </w:tcPr>
          <w:p>
            <w:pPr>
              <w:jc w:val="center"/>
            </w:pPr>
            <w:r/>
            <w:r>
              <w:rPr>
                <w:b/>
                <w:sz w:val="22"/>
              </w:rPr>
              <w:t>STT</w:t>
            </w:r>
          </w:p>
        </w:tc>
        <w:tc>
          <w:tcPr>
            <w:tcW w:type="dxa" w:w="2835"/>
            <w:shd w:val="clear" w:color="auto" w:fill="E2F2E8"/>
          </w:tcPr>
          <w:p>
            <w:pPr>
              <w:jc w:val="center"/>
            </w:pPr>
            <w:r/>
            <w:r>
              <w:rPr>
                <w:b/>
                <w:sz w:val="22"/>
              </w:rPr>
              <w:t>Công việc</w:t>
            </w:r>
          </w:p>
        </w:tc>
        <w:tc>
          <w:tcPr>
            <w:tcW w:type="dxa" w:w="2268"/>
            <w:shd w:val="clear" w:color="auto" w:fill="E2F2E8"/>
          </w:tcPr>
          <w:p>
            <w:pPr>
              <w:jc w:val="center"/>
            </w:pPr>
            <w:r/>
            <w:r>
              <w:rPr>
                <w:b/>
                <w:sz w:val="22"/>
              </w:rPr>
              <w:t>Tần suất/thời điểm</w:t>
            </w:r>
          </w:p>
        </w:tc>
        <w:tc>
          <w:tcPr>
            <w:tcW w:type="dxa" w:w="1984"/>
            <w:shd w:val="clear" w:color="auto" w:fill="E2F2E8"/>
          </w:tcPr>
          <w:p>
            <w:pPr>
              <w:jc w:val="center"/>
            </w:pPr>
            <w:r/>
            <w:r>
              <w:rPr>
                <w:b/>
                <w:sz w:val="22"/>
              </w:rPr>
              <w:t>Tài liệu hướng dẫn</w:t>
            </w:r>
          </w:p>
        </w:tc>
        <w:tc>
          <w:tcPr>
            <w:tcW w:type="dxa" w:w="1701"/>
            <w:shd w:val="clear" w:color="auto" w:fill="E2F2E8"/>
          </w:tcPr>
          <w:p>
            <w:pPr>
              <w:jc w:val="center"/>
            </w:pPr>
            <w:r/>
            <w:r>
              <w:rPr>
                <w:b/>
                <w:sz w:val="22"/>
              </w:rPr>
              <w:t>Người nhận đã làm thử</w:t>
            </w:r>
          </w:p>
        </w:tc>
      </w:tr>
      <w:tr>
        <w:tc>
          <w:tcPr>
            <w:tcW w:type="dxa" w:w="567"/>
          </w:tcPr>
          <w:p>
            <w:r/>
            <w:r>
              <w:rPr>
                <w:sz w:val="22"/>
              </w:rPr>
              <w:t>1</w:t>
            </w:r>
          </w:p>
        </w:tc>
        <w:tc>
          <w:tcPr>
            <w:tcW w:type="dxa" w:w="2835"/>
          </w:tcPr>
          <w:p>
            <w:r/>
            <w:r>
              <w:rPr>
                <w:sz w:val="22"/>
              </w:rPr>
              <w:t>Chốt chấm công, gửi kế toán</w:t>
            </w:r>
          </w:p>
        </w:tc>
        <w:tc>
          <w:tcPr>
            <w:tcW w:type="dxa" w:w="2268"/>
          </w:tcPr>
          <w:p>
            <w:r/>
            <w:r>
              <w:rPr>
                <w:sz w:val="22"/>
              </w:rPr>
              <w:t>Hằng tháng: chốt ngày cuối tháng, gửi trước ngày 03</w:t>
            </w:r>
          </w:p>
        </w:tc>
        <w:tc>
          <w:tcPr>
            <w:tcW w:type="dxa" w:w="1984"/>
          </w:tcPr>
          <w:p>
            <w:r/>
            <w:r>
              <w:rPr>
                <w:sz w:val="22"/>
              </w:rPr>
              <w:t>Quy trình chấm công v2</w:t>
            </w:r>
          </w:p>
        </w:tc>
        <w:tc>
          <w:tcPr>
            <w:tcW w:type="dxa" w:w="1701"/>
          </w:tcPr>
          <w:p>
            <w:r/>
            <w:r>
              <w:rPr>
                <w:sz w:val="22"/>
              </w:rPr>
              <w:t>☑ Có (dữ liệu tháng 10)</w:t>
            </w:r>
          </w:p>
        </w:tc>
      </w:tr>
      <w:tr>
        <w:tc>
          <w:tcPr>
            <w:tcW w:type="dxa" w:w="567"/>
          </w:tcPr>
          <w:p>
            <w:r/>
            <w:r>
              <w:rPr>
                <w:sz w:val="22"/>
              </w:rPr>
              <w:t>2</w:t>
            </w:r>
          </w:p>
        </w:tc>
        <w:tc>
          <w:tcPr>
            <w:tcW w:type="dxa" w:w="2835"/>
          </w:tcPr>
          <w:p>
            <w:r/>
            <w:r>
              <w:rPr>
                <w:sz w:val="22"/>
              </w:rPr>
              <w:t>Đặt văn phòng phẩm</w:t>
            </w:r>
          </w:p>
        </w:tc>
        <w:tc>
          <w:tcPr>
            <w:tcW w:type="dxa" w:w="2268"/>
          </w:tcPr>
          <w:p>
            <w:r/>
            <w:r>
              <w:rPr>
                <w:sz w:val="22"/>
              </w:rPr>
              <w:t>Thứ Hai tuần đầu tháng</w:t>
            </w:r>
          </w:p>
        </w:tc>
        <w:tc>
          <w:tcPr>
            <w:tcW w:type="dxa" w:w="1984"/>
          </w:tcPr>
          <w:p>
            <w:r/>
            <w:r>
              <w:rPr>
                <w:sz w:val="22"/>
              </w:rPr>
              <w:t>Danh sách nhà cung cấp</w:t>
            </w:r>
          </w:p>
        </w:tc>
        <w:tc>
          <w:tcPr>
            <w:tcW w:type="dxa" w:w="1701"/>
          </w:tcPr>
          <w:p>
            <w:r/>
            <w:r>
              <w:rPr>
                <w:sz w:val="22"/>
              </w:rPr>
              <w:t>☑ Có</w:t>
            </w:r>
          </w:p>
        </w:tc>
      </w:tr>
    </w:tbl>
    <w:p>
      <w:pPr>
        <w:spacing w:after="40"/>
      </w:pPr>
    </w:p>
    <w:p>
      <w:r>
        <w:rPr>
          <w:b/>
          <w:i w:val="0"/>
        </w:rPr>
        <w:t>4. Đầu mối:</w:t>
      </w:r>
      <w:r>
        <w:rPr>
          <w:b w:val="0"/>
          <w:i w:val="0"/>
        </w:rPr>
        <w:t xml:space="preserve"> Đã gửi email thông báo người phụ trách mới cho 3 nhà cung cấp ngày 11/11/2026; thư mời phỏng vấn sẽ do ông Minh gửi.</w:t>
      </w:r>
    </w:p>
    <w:p>
      <w:r>
        <w:rPr>
          <w:b/>
          <w:i w:val="0"/>
        </w:rPr>
        <w:t>5. Hồ sơ, tài liệu:</w:t>
      </w:r>
      <w:r>
        <w:rPr>
          <w:b w:val="0"/>
          <w:i w:val="0"/>
        </w:rPr>
        <w:t xml:space="preserve"> Hồ sơ nhân sự giấy tại tủ HCNS (ngăn 1–4); thư mục Drive/HCNS đã chuyển quyền sở hữu cho ông Minh.</w:t>
      </w:r>
    </w:p>
    <w:p>
      <w:r>
        <w:rPr>
          <w:b/>
          <w:i w:val="0"/>
        </w:rPr>
        <w:t>6. Tài khoản:</w:t>
      </w:r>
      <w:r>
        <w:rPr>
          <w:b w:val="0"/>
          <w:i w:val="0"/>
        </w:rPr>
        <w:t xml:space="preserve"> Phần mềm chấm công, nhóm email tuyển dụng – chuyển quyền quản trị cho ông Minh ngày 10/11/2026. Email công ty của bà Lan – chuyển tiếp về ông Minh 30 ngày rồi khóa (IT thực hiện).</w:t>
      </w:r>
    </w:p>
    <w:p>
      <w:r>
        <w:rPr>
          <w:b/>
          <w:i w:val="0"/>
        </w:rPr>
        <w:t>7. Tài sản:</w:t>
      </w:r>
      <w:r>
        <w:rPr>
          <w:b w:val="0"/>
          <w:i w:val="0"/>
        </w:rPr>
        <w:t xml:space="preserve"> Laptop, thẻ ra vào – bàn giao theo Biên bản bàn giao tài sản số 21/2026 ngày 13/11/2026.</w:t>
      </w:r>
    </w:p>
    <w:p>
      <w:r>
        <w:rPr>
          <w:b/>
          <w:i w:val="0"/>
        </w:rPr>
        <w:t>8. Vướng mắc:</w:t>
      </w:r>
      <w:r>
        <w:rPr>
          <w:b w:val="0"/>
          <w:i w:val="0"/>
        </w:rPr>
        <w:t xml:space="preserve"> Hồ sơ bảo hiểm tại dòng 3 phụ thuộc vào thời gian nhân viên bổ sung giấy tờ.</w:t>
      </w:r>
    </w:p>
    <w:p>
      <w:r>
        <w:rPr>
          <w:b/>
          <w:i w:val="0"/>
        </w:rPr>
        <w:t>9. Hỗ trợ sau bàn giao:</w:t>
      </w:r>
      <w:r>
        <w:rPr>
          <w:b w:val="0"/>
          <w:i w:val="0"/>
        </w:rPr>
        <w:t xml:space="preserve"> Bà Lan hỗ trợ giải đáp qua email cá nhân đến 30/11/2026.</w:t>
      </w:r>
    </w:p>
    <w:tbl>
      <w:tblPr>
        <w:tblW w:type="auto" w:w="0"/>
        <w:tblLook w:firstColumn="1" w:firstRow="1" w:lastColumn="0" w:lastRow="0" w:noHBand="0" w:noVBand="1" w:val="04A0"/>
      </w:tblPr>
      <w:tblGrid>
        <w:gridCol w:w="2339"/>
        <w:gridCol w:w="2339"/>
        <w:gridCol w:w="2339"/>
        <w:gridCol w:w="2339"/>
      </w:tblGrid>
      <w:tr>
        <w:tc>
          <w:tcPr>
            <w:tcW w:type="dxa" w:w="2339"/>
          </w:tcPr>
          <w:p>
            <w:pPr>
              <w:jc w:val="center"/>
            </w:pPr>
            <w:r/>
            <w:r>
              <w:rPr>
                <w:b/>
                <w:sz w:val="22"/>
              </w:rPr>
              <w:t>BÊN BÀN GIAO</w:t>
              <w:br/>
            </w:r>
            <w:r>
              <w:rPr>
                <w:i/>
                <w:sz w:val="22"/>
              </w:rPr>
              <w:t>(Ký, ghi rõ họ tên)</w:t>
            </w:r>
          </w:p>
        </w:tc>
        <w:tc>
          <w:tcPr>
            <w:tcW w:type="dxa" w:w="2339"/>
          </w:tcPr>
          <w:p>
            <w:pPr>
              <w:jc w:val="center"/>
            </w:pPr>
            <w:r/>
            <w:r>
              <w:rPr>
                <w:b/>
                <w:sz w:val="22"/>
              </w:rPr>
              <w:t>BÊN NHẬN BÀN GIAO</w:t>
              <w:br/>
            </w:r>
            <w:r>
              <w:rPr>
                <w:i/>
                <w:sz w:val="22"/>
              </w:rPr>
              <w:t>(Ký, ghi rõ họ tên)</w:t>
            </w:r>
          </w:p>
        </w:tc>
        <w:tc>
          <w:tcPr>
            <w:tcW w:type="dxa" w:w="2339"/>
          </w:tcPr>
          <w:p>
            <w:pPr>
              <w:jc w:val="center"/>
            </w:pPr>
            <w:r/>
            <w:r>
              <w:rPr>
                <w:b/>
                <w:sz w:val="22"/>
              </w:rPr>
              <w:t>NGƯỜI GIÁM SÁT</w:t>
              <w:br/>
            </w:r>
            <w:r>
              <w:rPr>
                <w:i/>
                <w:sz w:val="22"/>
              </w:rPr>
              <w:t>(Ký, ghi rõ họ tên)</w:t>
            </w:r>
          </w:p>
        </w:tc>
        <w:tc>
          <w:tcPr>
            <w:tcW w:type="dxa" w:w="2339"/>
          </w:tcPr>
          <w:p>
            <w:pPr>
              <w:jc w:val="center"/>
            </w:pPr>
            <w:r/>
            <w:r>
              <w:rPr>
                <w:b/>
                <w:sz w:val="22"/>
              </w:rPr>
              <w:t>BỘ PHẬN NHÂN SỰ</w:t>
              <w:br/>
            </w:r>
            <w:r>
              <w:rPr>
                <w:i/>
                <w:sz w:val="22"/>
              </w:rPr>
              <w:t>(Ký, ghi rõ họ tên)</w:t>
            </w:r>
          </w:p>
        </w:tc>
      </w:tr>
      <w:tr>
        <w:tc>
          <w:tcPr>
            <w:tcW w:type="dxa" w:w="2339"/>
          </w:tcPr>
          <w:p>
            <w:r>
              <w:br/>
              <w:br/>
              <w:br/>
            </w:r>
          </w:p>
        </w:tc>
        <w:tc>
          <w:tcPr>
            <w:tcW w:type="dxa" w:w="2339"/>
          </w:tcPr>
          <w:p>
            <w:r>
              <w:br/>
              <w:br/>
              <w:br/>
            </w:r>
          </w:p>
        </w:tc>
        <w:tc>
          <w:tcPr>
            <w:tcW w:type="dxa" w:w="2339"/>
          </w:tcPr>
          <w:p>
            <w:r>
              <w:br/>
              <w:br/>
              <w:br/>
            </w:r>
          </w:p>
        </w:tc>
        <w:tc>
          <w:tcPr>
            <w:tcW w:type="dxa" w:w="2339"/>
          </w:tcPr>
          <w:p>
            <w:r>
              <w:br/>
              <w:br/>
              <w:br/>
            </w:r>
          </w:p>
        </w:tc>
      </w:tr>
    </w:tbl>
    <w:p>
      <w:r>
        <w:br w:type="page"/>
      </w:r>
    </w:p>
    <w:p>
      <w:pPr>
        <w:spacing w:after="160"/>
        <w:jc w:val="center"/>
      </w:pPr>
      <w:r>
        <w:rPr>
          <w:b/>
          <w:i w:val="0"/>
          <w:sz w:val="28"/>
        </w:rPr>
        <w:t>PHỤ LỤC – MẪU EMAIL BÀN GIAO CÔNG VIỆC</w:t>
      </w:r>
    </w:p>
    <w:p>
      <w:pPr>
        <w:spacing w:after="40"/>
      </w:pPr>
      <w:r>
        <w:rPr>
          <w:b/>
          <w:i w:val="0"/>
        </w:rPr>
        <w:t>1. Email gửi quản lý và người nhận bàn giao</w:t>
      </w:r>
    </w:p>
    <w:p>
      <w:r>
        <w:rPr>
          <w:b w:val="0"/>
          <w:i/>
        </w:rPr>
        <w:t>Tiêu đề: Kế hoạch bàn giao công việc vị trí [chức danh] – [Họ tên] – từ [ngày] đến [ngày]</w:t>
      </w:r>
    </w:p>
    <w:p>
      <w:pPr>
        <w:jc w:val="both"/>
      </w:pPr>
      <w:r>
        <w:rPr>
          <w:b w:val="0"/>
          <w:i w:val="0"/>
        </w:rPr>
        <w:t>Chào anh/chị [tên quản lý], chào [tên người nhận],</w:t>
      </w:r>
    </w:p>
    <w:p>
      <w:pPr>
        <w:jc w:val="both"/>
      </w:pPr>
      <w:r>
        <w:rPr>
          <w:b w:val="0"/>
          <w:i w:val="0"/>
        </w:rPr>
        <w:t>Theo đơn nghỉ việc/quyết định điều chuyển đã được duyệt, ngày làm việc cuối của em tại vị trí [chức danh] là [ngày]. Em gửi danh sách đầu việc cần bàn giao trong file đính kèm, gồm [số] việc đang thực hiện, [số] việc định kỳ và [số] tài khoản cần chuyển quyền.</w:t>
      </w:r>
    </w:p>
    <w:p>
      <w:pPr>
        <w:jc w:val="both"/>
      </w:pPr>
      <w:r>
        <w:rPr>
          <w:b w:val="0"/>
          <w:i w:val="0"/>
        </w:rPr>
        <w:t>Em đề xuất lịch: [ngày] trao đổi tổng quan; từ [ngày] đến [ngày] hướng dẫn và để [tên người nhận] làm thử; [ngày] ký biên bản bàn giao. Anh/chị xem giúp em và phản hồi nếu cần điều chỉnh.</w:t>
      </w:r>
    </w:p>
    <w:p>
      <w:pPr>
        <w:jc w:val="both"/>
      </w:pPr>
      <w:r>
        <w:rPr>
          <w:b w:val="0"/>
          <w:i w:val="0"/>
        </w:rPr>
        <w:t>Trân trọng,</w:t>
        <w:br/>
        <w:t>[Họ tên – chức danh – số điện thoại]</w:t>
      </w:r>
    </w:p>
    <w:p/>
    <w:p>
      <w:pPr>
        <w:spacing w:after="40"/>
      </w:pPr>
      <w:r>
        <w:rPr>
          <w:b/>
          <w:i w:val="0"/>
        </w:rPr>
        <w:t>2. Email thông báo người phụ trách mới cho khách hàng, đối tác</w:t>
      </w:r>
    </w:p>
    <w:p>
      <w:r>
        <w:rPr>
          <w:b w:val="0"/>
          <w:i/>
        </w:rPr>
        <w:t>Tiêu đề: [Tên công ty] thông báo thay đổi người phụ trách [dự án/tài khoản khách hàng] từ ngày [ngày]</w:t>
      </w:r>
    </w:p>
    <w:p>
      <w:pPr>
        <w:jc w:val="both"/>
      </w:pPr>
      <w:r>
        <w:rPr>
          <w:b w:val="0"/>
          <w:i w:val="0"/>
        </w:rPr>
        <w:t>Kính gửi anh/chị [tên],</w:t>
      </w:r>
    </w:p>
    <w:p>
      <w:pPr>
        <w:jc w:val="both"/>
      </w:pPr>
      <w:r>
        <w:rPr>
          <w:b w:val="0"/>
          <w:i w:val="0"/>
        </w:rPr>
        <w:t>Từ ngày [ngày], anh/chị [tên người nhận] sẽ thay em phụ trách [nội dung công việc] của [tên khách hàng]. Toàn bộ thông tin trao đổi trước đây, gồm [báo giá/tiến độ/cam kết đang thực hiện], đã được bàn giao đầy đủ.</w:t>
      </w:r>
    </w:p>
    <w:p>
      <w:pPr>
        <w:jc w:val="both"/>
      </w:pPr>
      <w:r>
        <w:rPr>
          <w:b w:val="0"/>
          <w:i w:val="0"/>
        </w:rPr>
        <w:t>Anh/chị vui lòng liên hệ [tên người nhận] qua email [ ] hoặc số điện thoại [ ]. Em cảm ơn anh/chị đã hợp tác trong thời gian qua.</w:t>
      </w:r>
    </w:p>
    <w:p>
      <w:pPr>
        <w:jc w:val="both"/>
      </w:pPr>
      <w:r>
        <w:rPr>
          <w:b w:val="0"/>
          <w:i w:val="0"/>
        </w:rPr>
        <w:t>Trân trọng,</w:t>
        <w:br/>
        <w:t>[Họ tên] (cc: [người nhận], [quản lý])</w:t>
      </w:r>
    </w:p>
    <w:p/>
    <w:p>
      <w:pPr>
        <w:spacing w:after="40"/>
      </w:pPr>
      <w:r>
        <w:rPr>
          <w:b/>
          <w:i w:val="0"/>
        </w:rPr>
        <w:t>3. Email xác nhận hoàn tất bàn giao</w:t>
      </w:r>
    </w:p>
    <w:p>
      <w:r>
        <w:rPr>
          <w:b w:val="0"/>
          <w:i/>
        </w:rPr>
        <w:t>Tiêu đề: Xác nhận hoàn tất bàn giao công việc – [Họ tên] – [ngày]</w:t>
      </w:r>
    </w:p>
    <w:p>
      <w:pPr>
        <w:jc w:val="both"/>
      </w:pPr>
      <w:r>
        <w:rPr>
          <w:b w:val="0"/>
          <w:i w:val="0"/>
        </w:rPr>
        <w:t>Chào anh/chị [tên quản lý],</w:t>
      </w:r>
    </w:p>
    <w:p>
      <w:pPr>
        <w:jc w:val="both"/>
      </w:pPr>
      <w:r>
        <w:rPr>
          <w:b w:val="0"/>
          <w:i w:val="0"/>
        </w:rPr>
        <w:t>Em xác nhận đã hoàn tất bàn giao [số] đầu việc cho [tên người nhận] theo biên bản bàn giao công việc ký ngày [ngày] (đính kèm bản scan). Các tài khoản đã chuyển quyền gồm [liệt kê]. Việc còn vướng: [nếu có, ghi rõ người theo dõi].</w:t>
      </w:r>
    </w:p>
    <w:p>
      <w:pPr>
        <w:jc w:val="both"/>
      </w:pPr>
      <w:r>
        <w:rPr>
          <w:b w:val="0"/>
          <w:i w:val="0"/>
        </w:rPr>
        <w:t>Em có thể hỗ trợ giải đáp qua [email/điện thoại] đến ngày [ngày] như đã thống nhất.</w:t>
      </w:r>
    </w:p>
    <w:p>
      <w:pPr>
        <w:jc w:val="both"/>
      </w:pPr>
      <w:r>
        <w:rPr>
          <w:b w:val="0"/>
          <w:i w:val="0"/>
        </w:rPr>
        <w:t>Trân trọng,</w:t>
        <w:br/>
        <w:t>[Họ tên]</w:t>
      </w:r>
    </w:p>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