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il"/>
          <w:left w:val="nil"/>
          <w:bottom w:val="nil"/>
          <w:right w:val="nil"/>
          <w:insideH w:val="nil"/>
          <w:insideV w:val="nil"/>
        </w:tblBorders>
      </w:tblPr>
      <w:tblGrid>
        <w:gridCol w:w="4986"/>
        <w:gridCol w:w="4986"/>
      </w:tblGrid>
      <w:tr>
        <w:tc>
          <w:tcPr>
            <w:tcW w:type="dxa" w:w="3402"/>
          </w:tcPr>
          <w:p>
            <w:pPr>
              <w:spacing w:after="0"/>
              <w:jc w:val="center"/>
            </w:pPr>
            <w:r>
              <w:rPr>
                <w:b/>
                <w:sz w:val="24"/>
              </w:rPr>
              <w:t>[TÊN CÔNG TY]</w:t>
            </w:r>
          </w:p>
          <w:p>
            <w:pPr>
              <w:spacing w:after="0"/>
              <w:jc w:val="center"/>
            </w:pPr>
            <w:r>
              <w:rPr>
                <w:sz w:val="24"/>
              </w:rPr>
              <w:t>Số: ....../BBBG</w:t>
            </w:r>
          </w:p>
        </w:tc>
        <w:tc>
          <w:tcPr>
            <w:tcW w:type="dxa" w:w="6236"/>
          </w:tcPr>
          <w:p>
            <w:pPr>
              <w:spacing w:after="0"/>
              <w:jc w:val="center"/>
            </w:pPr>
            <w:r>
              <w:rPr>
                <w:b/>
                <w:sz w:val="24"/>
              </w:rPr>
              <w:t>CỘNG HÒA XÃ HỘI CHỦ NGHĨA VIỆT NAM</w:t>
            </w:r>
          </w:p>
          <w:p>
            <w:pPr>
              <w:spacing w:after="0"/>
              <w:jc w:val="center"/>
            </w:pPr>
            <w:r>
              <w:rPr>
                <w:b/>
                <w:sz w:val="24"/>
                <w:u w:val="single"/>
              </w:rPr>
              <w:t>Độc lập - Tự do - Hạnh phúc</w:t>
            </w:r>
          </w:p>
        </w:tc>
      </w:tr>
    </w:tbl>
    <w:p>
      <w:pPr>
        <w:spacing w:after="80"/>
      </w:pPr>
      <w:r>
        <w:rPr>
          <w:b w:val="0"/>
          <w:i w:val="0"/>
        </w:rPr>
      </w:r>
    </w:p>
    <w:p>
      <w:pPr>
        <w:spacing w:after="40"/>
        <w:jc w:val="center"/>
      </w:pPr>
      <w:r>
        <w:rPr>
          <w:b/>
          <w:i w:val="0"/>
          <w:sz w:val="30"/>
        </w:rPr>
        <w:t>BIÊN BẢN BÀN GIAO TÀI SẢN</w:t>
      </w:r>
    </w:p>
    <w:p>
      <w:pPr>
        <w:spacing w:after="200"/>
        <w:jc w:val="center"/>
      </w:pPr>
      <w:r>
        <w:rPr>
          <w:b w:val="0"/>
          <w:i/>
        </w:rPr>
        <w:t>Về việc: [cấp tài sản cho nhân viên/điều chuyển tài sản/bàn giao công cụ dụng cụ]</w:t>
      </w:r>
    </w:p>
    <w:p>
      <w:pPr>
        <w:spacing w:after="80"/>
      </w:pPr>
      <w:r>
        <w:rPr>
          <w:b w:val="0"/>
          <w:i w:val="0"/>
        </w:rPr>
        <w:t>Hôm nay, [giờ] ngày [dd/mm/yyyy], tại [địa điểm], chúng tôi gồm:</w:t>
      </w:r>
    </w:p>
    <w:p>
      <w:pPr>
        <w:spacing w:after="60"/>
      </w:pPr>
      <w:r>
        <w:rPr>
          <w:b/>
        </w:rPr>
        <w:t xml:space="preserve">Bên giao: </w:t>
      </w:r>
      <w:r>
        <w:t>[Họ tên], chức vụ: [ ], bộ phận: [ ].</w:t>
      </w:r>
    </w:p>
    <w:p>
      <w:pPr>
        <w:spacing w:after="60"/>
      </w:pPr>
      <w:r>
        <w:rPr>
          <w:b/>
        </w:rPr>
        <w:t xml:space="preserve">Bên nhận: </w:t>
      </w:r>
      <w:r>
        <w:t>[Họ tên], chức vụ: [ ], bộ phận: [ ], mã nhân viên: [ ].</w:t>
      </w:r>
    </w:p>
    <w:p>
      <w:pPr>
        <w:spacing w:after="60"/>
      </w:pPr>
      <w:r>
        <w:rPr>
          <w:b/>
        </w:rPr>
        <w:t xml:space="preserve">Người chứng kiến (nếu có): </w:t>
      </w:r>
      <w:r>
        <w:t>[Họ tên, bộ phận].</w:t>
      </w:r>
    </w:p>
    <w:p>
      <w:pPr>
        <w:spacing w:after="60"/>
      </w:pPr>
      <w:r>
        <w:rPr>
          <w:b/>
        </w:rPr>
        <w:t xml:space="preserve">Lý do bàn giao: </w:t>
      </w:r>
      <w:r>
        <w:t>[Ghi rõ lý do và căn cứ, ví dụ quyết định điều chuyển số …, đề xuất cấp phát đã duyệt].</w:t>
      </w:r>
    </w:p>
    <w:p>
      <w:pPr>
        <w:spacing w:after="80"/>
      </w:pPr>
      <w:r>
        <w:rPr>
          <w:b w:val="0"/>
          <w:i w:val="0"/>
        </w:rPr>
        <w:t>Hai bên cùng kiểm tra và thống nhất bàn giao các tài sản sau:</w:t>
      </w:r>
    </w:p>
    <w:tbl>
      <w:tblPr>
        <w:tblStyle w:val="TableGrid"/>
        <w:tblW w:type="auto" w:w="0"/>
        <w:tblLayout w:type="fixed"/>
        <w:tblLook w:firstColumn="1" w:firstRow="1" w:lastColumn="0" w:lastRow="0" w:noHBand="0" w:noVBand="1" w:val="04A0"/>
      </w:tblPr>
      <w:tblGrid>
        <w:gridCol w:w="1425"/>
        <w:gridCol w:w="1425"/>
        <w:gridCol w:w="1425"/>
        <w:gridCol w:w="1425"/>
        <w:gridCol w:w="1425"/>
        <w:gridCol w:w="1425"/>
        <w:gridCol w:w="1425"/>
      </w:tblGrid>
      <w:tr>
        <w:tc>
          <w:tcPr>
            <w:tcW w:type="dxa" w:w="567"/>
            <w:shd w:val="clear" w:color="auto" w:fill="E6F5EC"/>
          </w:tcPr>
          <w:p>
            <w:pPr>
              <w:spacing w:after="20"/>
            </w:pPr>
            <w:r>
              <w:rPr>
                <w:sz w:val="22"/>
              </w:rPr>
            </w:r>
            <w:r>
              <w:rPr>
                <w:b/>
                <w:sz w:val="22"/>
              </w:rPr>
              <w:t>STT</w:t>
            </w:r>
          </w:p>
        </w:tc>
        <w:tc>
          <w:tcPr>
            <w:tcW w:type="dxa" w:w="2381"/>
            <w:shd w:val="clear" w:color="auto" w:fill="E6F5EC"/>
          </w:tcPr>
          <w:p>
            <w:pPr>
              <w:spacing w:after="20"/>
            </w:pPr>
            <w:r>
              <w:rPr>
                <w:sz w:val="22"/>
              </w:rPr>
            </w:r>
            <w:r>
              <w:rPr>
                <w:b/>
                <w:sz w:val="22"/>
              </w:rPr>
              <w:t>Tên tài sản, quy cách</w:t>
            </w:r>
          </w:p>
        </w:tc>
        <w:tc>
          <w:tcPr>
            <w:tcW w:type="dxa" w:w="1587"/>
            <w:shd w:val="clear" w:color="auto" w:fill="E6F5EC"/>
          </w:tcPr>
          <w:p>
            <w:pPr>
              <w:spacing w:after="20"/>
            </w:pPr>
            <w:r>
              <w:rPr>
                <w:sz w:val="22"/>
              </w:rPr>
            </w:r>
            <w:r>
              <w:rPr>
                <w:b/>
                <w:sz w:val="22"/>
              </w:rPr>
              <w:t>Mã TS/Serial</w:t>
            </w:r>
          </w:p>
        </w:tc>
        <w:tc>
          <w:tcPr>
            <w:tcW w:type="dxa" w:w="737"/>
            <w:shd w:val="clear" w:color="auto" w:fill="E6F5EC"/>
          </w:tcPr>
          <w:p>
            <w:pPr>
              <w:spacing w:after="20"/>
            </w:pPr>
            <w:r>
              <w:rPr>
                <w:sz w:val="22"/>
              </w:rPr>
            </w:r>
            <w:r>
              <w:rPr>
                <w:b/>
                <w:sz w:val="22"/>
              </w:rPr>
              <w:t>ĐVT</w:t>
            </w:r>
          </w:p>
        </w:tc>
        <w:tc>
          <w:tcPr>
            <w:tcW w:type="dxa" w:w="624"/>
            <w:shd w:val="clear" w:color="auto" w:fill="E6F5EC"/>
          </w:tcPr>
          <w:p>
            <w:pPr>
              <w:spacing w:after="20"/>
            </w:pPr>
            <w:r>
              <w:rPr>
                <w:sz w:val="22"/>
              </w:rPr>
            </w:r>
            <w:r>
              <w:rPr>
                <w:b/>
                <w:sz w:val="22"/>
              </w:rPr>
              <w:t>SL</w:t>
            </w:r>
          </w:p>
        </w:tc>
        <w:tc>
          <w:tcPr>
            <w:tcW w:type="dxa" w:w="2041"/>
            <w:shd w:val="clear" w:color="auto" w:fill="E6F5EC"/>
          </w:tcPr>
          <w:p>
            <w:pPr>
              <w:spacing w:after="20"/>
            </w:pPr>
            <w:r>
              <w:rPr>
                <w:sz w:val="22"/>
              </w:rPr>
            </w:r>
            <w:r>
              <w:rPr>
                <w:b/>
                <w:sz w:val="22"/>
              </w:rPr>
              <w:t>Tình trạng khi giao</w:t>
            </w:r>
          </w:p>
        </w:tc>
        <w:tc>
          <w:tcPr>
            <w:tcW w:type="dxa" w:w="1701"/>
            <w:shd w:val="clear" w:color="auto" w:fill="E6F5EC"/>
          </w:tcPr>
          <w:p>
            <w:pPr>
              <w:spacing w:after="20"/>
            </w:pPr>
            <w:r>
              <w:rPr>
                <w:sz w:val="22"/>
              </w:rPr>
            </w:r>
            <w:r>
              <w:rPr>
                <w:b/>
                <w:sz w:val="22"/>
              </w:rPr>
              <w:t>Phụ kiện kèm theo</w:t>
            </w:r>
          </w:p>
        </w:tc>
      </w:tr>
      <w:tr>
        <w:tc>
          <w:tcPr>
            <w:tcW w:type="dxa" w:w="567"/>
          </w:tcPr>
          <w:p>
            <w:pPr>
              <w:spacing w:after="20"/>
            </w:pPr>
            <w:r>
              <w:rPr>
                <w:sz w:val="22"/>
              </w:rPr>
              <w:t>1</w:t>
            </w:r>
          </w:p>
        </w:tc>
        <w:tc>
          <w:tcPr>
            <w:tcW w:type="dxa" w:w="2381"/>
          </w:tcPr>
          <w:p>
            <w:pPr>
              <w:spacing w:after="20"/>
            </w:pPr>
            <w:r>
              <w:rPr>
                <w:sz w:val="22"/>
              </w:rPr>
            </w:r>
          </w:p>
        </w:tc>
        <w:tc>
          <w:tcPr>
            <w:tcW w:type="dxa" w:w="1587"/>
          </w:tcPr>
          <w:p>
            <w:pPr>
              <w:spacing w:after="20"/>
            </w:pPr>
            <w:r>
              <w:rPr>
                <w:sz w:val="22"/>
              </w:rPr>
            </w:r>
          </w:p>
        </w:tc>
        <w:tc>
          <w:tcPr>
            <w:tcW w:type="dxa" w:w="737"/>
          </w:tcPr>
          <w:p>
            <w:pPr>
              <w:spacing w:after="20"/>
            </w:pPr>
            <w:r>
              <w:rPr>
                <w:sz w:val="22"/>
              </w:rPr>
            </w:r>
          </w:p>
        </w:tc>
        <w:tc>
          <w:tcPr>
            <w:tcW w:type="dxa" w:w="624"/>
          </w:tcPr>
          <w:p>
            <w:pPr>
              <w:spacing w:after="20"/>
            </w:pPr>
            <w:r>
              <w:rPr>
                <w:sz w:val="22"/>
              </w:rPr>
            </w:r>
          </w:p>
        </w:tc>
        <w:tc>
          <w:tcPr>
            <w:tcW w:type="dxa" w:w="2041"/>
          </w:tcPr>
          <w:p>
            <w:pPr>
              <w:spacing w:after="20"/>
            </w:pPr>
            <w:r>
              <w:rPr>
                <w:sz w:val="22"/>
              </w:rPr>
            </w:r>
          </w:p>
        </w:tc>
        <w:tc>
          <w:tcPr>
            <w:tcW w:type="dxa" w:w="1701"/>
          </w:tcPr>
          <w:p>
            <w:pPr>
              <w:spacing w:after="20"/>
            </w:pPr>
            <w:r>
              <w:rPr>
                <w:sz w:val="22"/>
              </w:rPr>
            </w:r>
          </w:p>
        </w:tc>
      </w:tr>
      <w:tr>
        <w:tc>
          <w:tcPr>
            <w:tcW w:type="dxa" w:w="567"/>
          </w:tcPr>
          <w:p>
            <w:pPr>
              <w:spacing w:after="20"/>
            </w:pPr>
            <w:r>
              <w:rPr>
                <w:sz w:val="22"/>
              </w:rPr>
              <w:t>2</w:t>
            </w:r>
          </w:p>
        </w:tc>
        <w:tc>
          <w:tcPr>
            <w:tcW w:type="dxa" w:w="2381"/>
          </w:tcPr>
          <w:p>
            <w:pPr>
              <w:spacing w:after="20"/>
            </w:pPr>
            <w:r>
              <w:rPr>
                <w:sz w:val="22"/>
              </w:rPr>
            </w:r>
          </w:p>
        </w:tc>
        <w:tc>
          <w:tcPr>
            <w:tcW w:type="dxa" w:w="1587"/>
          </w:tcPr>
          <w:p>
            <w:pPr>
              <w:spacing w:after="20"/>
            </w:pPr>
            <w:r>
              <w:rPr>
                <w:sz w:val="22"/>
              </w:rPr>
            </w:r>
          </w:p>
        </w:tc>
        <w:tc>
          <w:tcPr>
            <w:tcW w:type="dxa" w:w="737"/>
          </w:tcPr>
          <w:p>
            <w:pPr>
              <w:spacing w:after="20"/>
            </w:pPr>
            <w:r>
              <w:rPr>
                <w:sz w:val="22"/>
              </w:rPr>
            </w:r>
          </w:p>
        </w:tc>
        <w:tc>
          <w:tcPr>
            <w:tcW w:type="dxa" w:w="624"/>
          </w:tcPr>
          <w:p>
            <w:pPr>
              <w:spacing w:after="20"/>
            </w:pPr>
            <w:r>
              <w:rPr>
                <w:sz w:val="22"/>
              </w:rPr>
            </w:r>
          </w:p>
        </w:tc>
        <w:tc>
          <w:tcPr>
            <w:tcW w:type="dxa" w:w="2041"/>
          </w:tcPr>
          <w:p>
            <w:pPr>
              <w:spacing w:after="20"/>
            </w:pPr>
            <w:r>
              <w:rPr>
                <w:sz w:val="22"/>
              </w:rPr>
            </w:r>
          </w:p>
        </w:tc>
        <w:tc>
          <w:tcPr>
            <w:tcW w:type="dxa" w:w="1701"/>
          </w:tcPr>
          <w:p>
            <w:pPr>
              <w:spacing w:after="20"/>
            </w:pPr>
            <w:r>
              <w:rPr>
                <w:sz w:val="22"/>
              </w:rPr>
            </w:r>
          </w:p>
        </w:tc>
      </w:tr>
      <w:tr>
        <w:tc>
          <w:tcPr>
            <w:tcW w:type="dxa" w:w="567"/>
          </w:tcPr>
          <w:p>
            <w:pPr>
              <w:spacing w:after="20"/>
            </w:pPr>
            <w:r>
              <w:rPr>
                <w:sz w:val="22"/>
              </w:rPr>
              <w:t>3</w:t>
            </w:r>
          </w:p>
        </w:tc>
        <w:tc>
          <w:tcPr>
            <w:tcW w:type="dxa" w:w="2381"/>
          </w:tcPr>
          <w:p>
            <w:pPr>
              <w:spacing w:after="20"/>
            </w:pPr>
            <w:r>
              <w:rPr>
                <w:sz w:val="22"/>
              </w:rPr>
            </w:r>
          </w:p>
        </w:tc>
        <w:tc>
          <w:tcPr>
            <w:tcW w:type="dxa" w:w="1587"/>
          </w:tcPr>
          <w:p>
            <w:pPr>
              <w:spacing w:after="20"/>
            </w:pPr>
            <w:r>
              <w:rPr>
                <w:sz w:val="22"/>
              </w:rPr>
            </w:r>
          </w:p>
        </w:tc>
        <w:tc>
          <w:tcPr>
            <w:tcW w:type="dxa" w:w="737"/>
          </w:tcPr>
          <w:p>
            <w:pPr>
              <w:spacing w:after="20"/>
            </w:pPr>
            <w:r>
              <w:rPr>
                <w:sz w:val="22"/>
              </w:rPr>
            </w:r>
          </w:p>
        </w:tc>
        <w:tc>
          <w:tcPr>
            <w:tcW w:type="dxa" w:w="624"/>
          </w:tcPr>
          <w:p>
            <w:pPr>
              <w:spacing w:after="20"/>
            </w:pPr>
            <w:r>
              <w:rPr>
                <w:sz w:val="22"/>
              </w:rPr>
            </w:r>
          </w:p>
        </w:tc>
        <w:tc>
          <w:tcPr>
            <w:tcW w:type="dxa" w:w="2041"/>
          </w:tcPr>
          <w:p>
            <w:pPr>
              <w:spacing w:after="20"/>
            </w:pPr>
            <w:r>
              <w:rPr>
                <w:sz w:val="22"/>
              </w:rPr>
            </w:r>
          </w:p>
        </w:tc>
        <w:tc>
          <w:tcPr>
            <w:tcW w:type="dxa" w:w="1701"/>
          </w:tcPr>
          <w:p>
            <w:pPr>
              <w:spacing w:after="20"/>
            </w:pPr>
            <w:r>
              <w:rPr>
                <w:sz w:val="22"/>
              </w:rPr>
            </w:r>
          </w:p>
        </w:tc>
      </w:tr>
      <w:tr>
        <w:tc>
          <w:tcPr>
            <w:tcW w:type="dxa" w:w="567"/>
          </w:tcPr>
          <w:p>
            <w:pPr>
              <w:spacing w:after="20"/>
            </w:pPr>
            <w:r>
              <w:rPr>
                <w:sz w:val="22"/>
              </w:rPr>
              <w:t>4</w:t>
            </w:r>
          </w:p>
        </w:tc>
        <w:tc>
          <w:tcPr>
            <w:tcW w:type="dxa" w:w="2381"/>
          </w:tcPr>
          <w:p>
            <w:pPr>
              <w:spacing w:after="20"/>
            </w:pPr>
            <w:r>
              <w:rPr>
                <w:sz w:val="22"/>
              </w:rPr>
            </w:r>
          </w:p>
        </w:tc>
        <w:tc>
          <w:tcPr>
            <w:tcW w:type="dxa" w:w="1587"/>
          </w:tcPr>
          <w:p>
            <w:pPr>
              <w:spacing w:after="20"/>
            </w:pPr>
            <w:r>
              <w:rPr>
                <w:sz w:val="22"/>
              </w:rPr>
            </w:r>
          </w:p>
        </w:tc>
        <w:tc>
          <w:tcPr>
            <w:tcW w:type="dxa" w:w="737"/>
          </w:tcPr>
          <w:p>
            <w:pPr>
              <w:spacing w:after="20"/>
            </w:pPr>
            <w:r>
              <w:rPr>
                <w:sz w:val="22"/>
              </w:rPr>
            </w:r>
          </w:p>
        </w:tc>
        <w:tc>
          <w:tcPr>
            <w:tcW w:type="dxa" w:w="624"/>
          </w:tcPr>
          <w:p>
            <w:pPr>
              <w:spacing w:after="20"/>
            </w:pPr>
            <w:r>
              <w:rPr>
                <w:sz w:val="22"/>
              </w:rPr>
            </w:r>
          </w:p>
        </w:tc>
        <w:tc>
          <w:tcPr>
            <w:tcW w:type="dxa" w:w="2041"/>
          </w:tcPr>
          <w:p>
            <w:pPr>
              <w:spacing w:after="20"/>
            </w:pPr>
            <w:r>
              <w:rPr>
                <w:sz w:val="22"/>
              </w:rPr>
            </w:r>
          </w:p>
        </w:tc>
        <w:tc>
          <w:tcPr>
            <w:tcW w:type="dxa" w:w="1701"/>
          </w:tcPr>
          <w:p>
            <w:pPr>
              <w:spacing w:after="20"/>
            </w:pPr>
            <w:r>
              <w:rPr>
                <w:sz w:val="22"/>
              </w:rPr>
            </w:r>
          </w:p>
        </w:tc>
      </w:tr>
      <w:tr>
        <w:tc>
          <w:tcPr>
            <w:tcW w:type="dxa" w:w="567"/>
          </w:tcPr>
          <w:p>
            <w:pPr>
              <w:spacing w:after="20"/>
            </w:pPr>
            <w:r>
              <w:rPr>
                <w:sz w:val="22"/>
              </w:rPr>
              <w:t>5</w:t>
            </w:r>
          </w:p>
        </w:tc>
        <w:tc>
          <w:tcPr>
            <w:tcW w:type="dxa" w:w="2381"/>
          </w:tcPr>
          <w:p>
            <w:pPr>
              <w:spacing w:after="20"/>
            </w:pPr>
            <w:r>
              <w:rPr>
                <w:sz w:val="22"/>
              </w:rPr>
            </w:r>
          </w:p>
        </w:tc>
        <w:tc>
          <w:tcPr>
            <w:tcW w:type="dxa" w:w="1587"/>
          </w:tcPr>
          <w:p>
            <w:pPr>
              <w:spacing w:after="20"/>
            </w:pPr>
            <w:r>
              <w:rPr>
                <w:sz w:val="22"/>
              </w:rPr>
            </w:r>
          </w:p>
        </w:tc>
        <w:tc>
          <w:tcPr>
            <w:tcW w:type="dxa" w:w="737"/>
          </w:tcPr>
          <w:p>
            <w:pPr>
              <w:spacing w:after="20"/>
            </w:pPr>
            <w:r>
              <w:rPr>
                <w:sz w:val="22"/>
              </w:rPr>
            </w:r>
          </w:p>
        </w:tc>
        <w:tc>
          <w:tcPr>
            <w:tcW w:type="dxa" w:w="624"/>
          </w:tcPr>
          <w:p>
            <w:pPr>
              <w:spacing w:after="20"/>
            </w:pPr>
            <w:r>
              <w:rPr>
                <w:sz w:val="22"/>
              </w:rPr>
            </w:r>
          </w:p>
        </w:tc>
        <w:tc>
          <w:tcPr>
            <w:tcW w:type="dxa" w:w="2041"/>
          </w:tcPr>
          <w:p>
            <w:pPr>
              <w:spacing w:after="20"/>
            </w:pPr>
            <w:r>
              <w:rPr>
                <w:sz w:val="22"/>
              </w:rPr>
            </w:r>
          </w:p>
        </w:tc>
        <w:tc>
          <w:tcPr>
            <w:tcW w:type="dxa" w:w="1701"/>
          </w:tcPr>
          <w:p>
            <w:pPr>
              <w:spacing w:after="20"/>
            </w:pPr>
            <w:r>
              <w:rPr>
                <w:sz w:val="22"/>
              </w:rPr>
            </w:r>
          </w:p>
        </w:tc>
      </w:tr>
    </w:tbl>
    <w:p>
      <w:pPr>
        <w:spacing w:after="40"/>
      </w:pPr>
      <w:r>
        <w:rPr>
          <w:b w:val="0"/>
          <w:i w:val="0"/>
        </w:rPr>
      </w:r>
    </w:p>
    <w:p>
      <w:pPr>
        <w:spacing w:after="60"/>
      </w:pPr>
      <w:r>
        <w:rPr>
          <w:b/>
        </w:rPr>
        <w:t xml:space="preserve">Tài khoản/quyền truy cập được cấp (nếu có): </w:t>
      </w:r>
      <w:r>
        <w:t>[Tên tài khoản; không ghi mật khẩu].</w:t>
      </w:r>
    </w:p>
    <w:p>
      <w:pPr>
        <w:spacing w:after="60"/>
      </w:pPr>
      <w:r>
        <w:rPr>
          <w:b/>
        </w:rPr>
        <w:t xml:space="preserve">Trách nhiệm sau bàn giao: </w:t>
      </w:r>
      <w:r>
        <w:t>Kể từ [giờ, ngày], bên nhận chịu trách nhiệm quản lý, sử dụng tài sản đúng mục đích công việc, bảo quản theo quy định của công ty, báo ngay cho [bộ phận quản lý tài sản] khi tài sản hư hỏng, mất mát và hoàn trả khi được yêu cầu hoặc khi chấm dứt công việc.</w:t>
      </w:r>
    </w:p>
    <w:p>
      <w:pPr>
        <w:spacing w:after="60"/>
      </w:pPr>
      <w:r>
        <w:rPr>
          <w:b/>
        </w:rPr>
        <w:t xml:space="preserve">Tài liệu kèm theo: </w:t>
      </w:r>
      <w:r>
        <w:t>[Ảnh chụp hiện trạng, phiếu bảo hành, quyết định điều chuyển…].</w:t>
      </w:r>
    </w:p>
    <w:p>
      <w:pPr>
        <w:spacing w:after="80"/>
      </w:pPr>
      <w:r>
        <w:rPr>
          <w:b w:val="0"/>
          <w:i w:val="0"/>
        </w:rPr>
        <w:t>Biên bản được lập thành [02] bản có giá trị như nhau, mỗi bên giữ [01] bản.</w:t>
      </w:r>
    </w:p>
    <w:tbl>
      <w:tblPr>
        <w:tblW w:type="auto" w:w="0"/>
        <w:tblLook w:firstColumn="1" w:firstRow="1" w:lastColumn="0" w:lastRow="0" w:noHBand="0" w:noVBand="1" w:val="04A0"/>
        <w:tblBorders>
          <w:top w:val="nil"/>
          <w:left w:val="nil"/>
          <w:bottom w:val="nil"/>
          <w:right w:val="nil"/>
          <w:insideH w:val="nil"/>
          <w:insideV w:val="nil"/>
        </w:tblBorders>
      </w:tblPr>
      <w:tblGrid>
        <w:gridCol w:w="3324"/>
        <w:gridCol w:w="3324"/>
        <w:gridCol w:w="3324"/>
      </w:tblGrid>
      <w:tr>
        <w:tc>
          <w:tcPr>
            <w:tcW w:type="dxa" w:w="3324"/>
          </w:tcPr>
          <w:p>
            <w:pPr>
              <w:jc w:val="center"/>
            </w:pPr>
            <w:r>
              <w:rPr>
                <w:b/>
              </w:rPr>
              <w:t>BÊN GIAO</w:t>
            </w:r>
          </w:p>
          <w:p>
            <w:pPr>
              <w:jc w:val="center"/>
            </w:pPr>
            <w:r>
              <w:rPr>
                <w:i/>
                <w:sz w:val="22"/>
              </w:rPr>
              <w:t>(Ký, ghi rõ họ tên)</w:t>
            </w:r>
          </w:p>
          <w:p/>
          <w:p/>
          <w:p/>
        </w:tc>
        <w:tc>
          <w:tcPr>
            <w:tcW w:type="dxa" w:w="3324"/>
          </w:tcPr>
          <w:p>
            <w:pPr>
              <w:jc w:val="center"/>
            </w:pPr>
            <w:r>
              <w:rPr>
                <w:b/>
              </w:rPr>
              <w:t>BÊN NHẬN</w:t>
            </w:r>
          </w:p>
          <w:p>
            <w:pPr>
              <w:jc w:val="center"/>
            </w:pPr>
            <w:r>
              <w:rPr>
                <w:i/>
                <w:sz w:val="22"/>
              </w:rPr>
              <w:t>(Ký, ghi rõ họ tên)</w:t>
            </w:r>
          </w:p>
          <w:p/>
          <w:p/>
          <w:p/>
        </w:tc>
        <w:tc>
          <w:tcPr>
            <w:tcW w:type="dxa" w:w="3324"/>
          </w:tcPr>
          <w:p>
            <w:pPr>
              <w:jc w:val="center"/>
            </w:pPr>
            <w:r>
              <w:rPr>
                <w:b/>
              </w:rPr>
              <w:t>NGƯỜI CHỨNG KIẾN</w:t>
            </w:r>
          </w:p>
          <w:p>
            <w:pPr>
              <w:jc w:val="center"/>
            </w:pPr>
            <w:r>
              <w:rPr>
                <w:i/>
                <w:sz w:val="22"/>
              </w:rPr>
              <w:t>(Ký, ghi rõ họ tên)</w:t>
            </w:r>
          </w:p>
          <w:p/>
          <w:p/>
          <w:p/>
        </w:tc>
      </w:tr>
    </w:tbl>
    <w:p>
      <w:r>
        <w:br w:type="page"/>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4986"/>
        <w:gridCol w:w="4986"/>
      </w:tblGrid>
      <w:tr>
        <w:tc>
          <w:tcPr>
            <w:tcW w:type="dxa" w:w="3402"/>
          </w:tcPr>
          <w:p>
            <w:pPr>
              <w:spacing w:after="0"/>
              <w:jc w:val="center"/>
            </w:pPr>
            <w:r>
              <w:rPr>
                <w:b/>
                <w:sz w:val="24"/>
              </w:rPr>
              <w:t>[TÊN CÔNG TY]</w:t>
            </w:r>
          </w:p>
          <w:p>
            <w:pPr>
              <w:spacing w:after="0"/>
              <w:jc w:val="center"/>
            </w:pPr>
            <w:r>
              <w:rPr>
                <w:sz w:val="24"/>
              </w:rPr>
              <w:t>Số: ....../BBBG</w:t>
            </w:r>
          </w:p>
        </w:tc>
        <w:tc>
          <w:tcPr>
            <w:tcW w:type="dxa" w:w="6236"/>
          </w:tcPr>
          <w:p>
            <w:pPr>
              <w:spacing w:after="0"/>
              <w:jc w:val="center"/>
            </w:pPr>
            <w:r>
              <w:rPr>
                <w:b/>
                <w:sz w:val="24"/>
              </w:rPr>
              <w:t>CỘNG HÒA XÃ HỘI CHỦ NGHĨA VIỆT NAM</w:t>
            </w:r>
          </w:p>
          <w:p>
            <w:pPr>
              <w:spacing w:after="0"/>
              <w:jc w:val="center"/>
            </w:pPr>
            <w:r>
              <w:rPr>
                <w:b/>
                <w:sz w:val="24"/>
                <w:u w:val="single"/>
              </w:rPr>
              <w:t>Độc lập - Tự do - Hạnh phúc</w:t>
            </w:r>
          </w:p>
        </w:tc>
      </w:tr>
    </w:tbl>
    <w:p>
      <w:pPr>
        <w:spacing w:after="80"/>
      </w:pPr>
      <w:r>
        <w:rPr>
          <w:b w:val="0"/>
          <w:i w:val="0"/>
        </w:rPr>
      </w:r>
    </w:p>
    <w:p>
      <w:pPr>
        <w:spacing w:after="40"/>
        <w:jc w:val="center"/>
      </w:pPr>
      <w:r>
        <w:rPr>
          <w:b/>
          <w:i w:val="0"/>
          <w:sz w:val="30"/>
        </w:rPr>
        <w:t>BIÊN BẢN BÀN GIAO MÁY TÍNH, THIẾT BỊ IT</w:t>
      </w:r>
    </w:p>
    <w:p>
      <w:pPr>
        <w:spacing w:after="200"/>
        <w:jc w:val="center"/>
      </w:pPr>
      <w:r>
        <w:rPr>
          <w:b w:val="0"/>
          <w:i/>
        </w:rPr>
        <w:t>Về việc: [cấp/thu hồi/điều chuyển] thiết bị công nghệ thông tin</w:t>
      </w:r>
    </w:p>
    <w:p>
      <w:pPr>
        <w:spacing w:after="80"/>
      </w:pPr>
      <w:r>
        <w:rPr>
          <w:b w:val="0"/>
          <w:i w:val="0"/>
        </w:rPr>
        <w:t>Hôm nay, [giờ] ngày [dd/mm/yyyy], tại [địa điểm], chúng tôi gồm:</w:t>
      </w:r>
    </w:p>
    <w:p>
      <w:pPr>
        <w:spacing w:after="60"/>
      </w:pPr>
      <w:r>
        <w:rPr>
          <w:b/>
        </w:rPr>
        <w:t xml:space="preserve">Bên giao: </w:t>
      </w:r>
      <w:r>
        <w:t>[Họ tên], bộ phận IT/Hành chính.</w:t>
      </w:r>
    </w:p>
    <w:p>
      <w:pPr>
        <w:spacing w:after="60"/>
      </w:pPr>
      <w:r>
        <w:rPr>
          <w:b/>
        </w:rPr>
        <w:t xml:space="preserve">Bên nhận: </w:t>
      </w:r>
      <w:r>
        <w:t>[Họ tên], chức vụ: [ ], bộ phận: [ ], mã nhân viên: [ ].</w:t>
      </w:r>
    </w:p>
    <w:p>
      <w:pPr>
        <w:spacing w:after="60"/>
      </w:pPr>
      <w:r>
        <w:rPr>
          <w:b/>
        </w:rPr>
        <w:t xml:space="preserve">Người chứng kiến (nếu có): </w:t>
      </w:r>
      <w:r>
        <w:t>[Họ tên, bộ phận].</w:t>
      </w:r>
    </w:p>
    <w:p>
      <w:pPr>
        <w:spacing w:after="80"/>
      </w:pPr>
      <w:r>
        <w:rPr>
          <w:b/>
          <w:i w:val="0"/>
        </w:rPr>
        <w:t>1. Danh mục thiết bị</w:t>
      </w:r>
    </w:p>
    <w:tbl>
      <w:tblPr>
        <w:tblStyle w:val="TableGrid"/>
        <w:tblW w:type="auto" w:w="0"/>
        <w:tblLayout w:type="fixed"/>
        <w:tblLook w:firstColumn="1" w:firstRow="1" w:lastColumn="0" w:lastRow="0" w:noHBand="0" w:noVBand="1" w:val="04A0"/>
      </w:tblPr>
      <w:tblGrid>
        <w:gridCol w:w="1662"/>
        <w:gridCol w:w="1662"/>
        <w:gridCol w:w="1662"/>
        <w:gridCol w:w="1662"/>
        <w:gridCol w:w="1662"/>
        <w:gridCol w:w="1662"/>
      </w:tblGrid>
      <w:tr>
        <w:tc>
          <w:tcPr>
            <w:tcW w:type="dxa" w:w="567"/>
            <w:shd w:val="clear" w:color="auto" w:fill="E6F5EC"/>
          </w:tcPr>
          <w:p>
            <w:pPr>
              <w:spacing w:after="20"/>
            </w:pPr>
            <w:r>
              <w:rPr>
                <w:sz w:val="22"/>
              </w:rPr>
            </w:r>
            <w:r>
              <w:rPr>
                <w:b/>
                <w:sz w:val="22"/>
              </w:rPr>
              <w:t>STT</w:t>
            </w:r>
          </w:p>
        </w:tc>
        <w:tc>
          <w:tcPr>
            <w:tcW w:type="dxa" w:w="2154"/>
            <w:shd w:val="clear" w:color="auto" w:fill="E6F5EC"/>
          </w:tcPr>
          <w:p>
            <w:pPr>
              <w:spacing w:after="20"/>
            </w:pPr>
            <w:r>
              <w:rPr>
                <w:sz w:val="22"/>
              </w:rPr>
            </w:r>
            <w:r>
              <w:rPr>
                <w:b/>
                <w:sz w:val="22"/>
              </w:rPr>
              <w:t>Thiết bị (hãng, model)</w:t>
            </w:r>
          </w:p>
        </w:tc>
        <w:tc>
          <w:tcPr>
            <w:tcW w:type="dxa" w:w="1701"/>
            <w:shd w:val="clear" w:color="auto" w:fill="E6F5EC"/>
          </w:tcPr>
          <w:p>
            <w:pPr>
              <w:spacing w:after="20"/>
            </w:pPr>
            <w:r>
              <w:rPr>
                <w:sz w:val="22"/>
              </w:rPr>
            </w:r>
            <w:r>
              <w:rPr>
                <w:b/>
                <w:sz w:val="22"/>
              </w:rPr>
              <w:t>Serial/Mã TS</w:t>
            </w:r>
          </w:p>
        </w:tc>
        <w:tc>
          <w:tcPr>
            <w:tcW w:type="dxa" w:w="2041"/>
            <w:shd w:val="clear" w:color="auto" w:fill="E6F5EC"/>
          </w:tcPr>
          <w:p>
            <w:pPr>
              <w:spacing w:after="20"/>
            </w:pPr>
            <w:r>
              <w:rPr>
                <w:sz w:val="22"/>
              </w:rPr>
            </w:r>
            <w:r>
              <w:rPr>
                <w:b/>
                <w:sz w:val="22"/>
              </w:rPr>
              <w:t>Cấu hình</w:t>
            </w:r>
          </w:p>
        </w:tc>
        <w:tc>
          <w:tcPr>
            <w:tcW w:type="dxa" w:w="1814"/>
            <w:shd w:val="clear" w:color="auto" w:fill="E6F5EC"/>
          </w:tcPr>
          <w:p>
            <w:pPr>
              <w:spacing w:after="20"/>
            </w:pPr>
            <w:r>
              <w:rPr>
                <w:sz w:val="22"/>
              </w:rPr>
            </w:r>
            <w:r>
              <w:rPr>
                <w:b/>
                <w:sz w:val="22"/>
              </w:rPr>
              <w:t>Tình trạng</w:t>
            </w:r>
          </w:p>
        </w:tc>
        <w:tc>
          <w:tcPr>
            <w:tcW w:type="dxa" w:w="1361"/>
            <w:shd w:val="clear" w:color="auto" w:fill="E6F5EC"/>
          </w:tcPr>
          <w:p>
            <w:pPr>
              <w:spacing w:after="20"/>
            </w:pPr>
            <w:r>
              <w:rPr>
                <w:sz w:val="22"/>
              </w:rPr>
            </w:r>
            <w:r>
              <w:rPr>
                <w:b/>
                <w:sz w:val="22"/>
              </w:rPr>
              <w:t>Phụ kiện</w:t>
            </w:r>
          </w:p>
        </w:tc>
      </w:tr>
      <w:tr>
        <w:tc>
          <w:tcPr>
            <w:tcW w:type="dxa" w:w="567"/>
          </w:tcPr>
          <w:p>
            <w:pPr>
              <w:spacing w:after="20"/>
            </w:pPr>
            <w:r>
              <w:rPr>
                <w:sz w:val="22"/>
              </w:rPr>
              <w:t>1</w:t>
            </w:r>
          </w:p>
        </w:tc>
        <w:tc>
          <w:tcPr>
            <w:tcW w:type="dxa" w:w="2154"/>
          </w:tcPr>
          <w:p>
            <w:pPr>
              <w:spacing w:after="20"/>
            </w:pPr>
            <w:r>
              <w:rPr>
                <w:sz w:val="22"/>
              </w:rPr>
            </w:r>
          </w:p>
        </w:tc>
        <w:tc>
          <w:tcPr>
            <w:tcW w:type="dxa" w:w="1701"/>
          </w:tcPr>
          <w:p>
            <w:pPr>
              <w:spacing w:after="20"/>
            </w:pPr>
            <w:r>
              <w:rPr>
                <w:sz w:val="22"/>
              </w:rPr>
            </w:r>
          </w:p>
        </w:tc>
        <w:tc>
          <w:tcPr>
            <w:tcW w:type="dxa" w:w="2041"/>
          </w:tcPr>
          <w:p>
            <w:pPr>
              <w:spacing w:after="20"/>
            </w:pPr>
            <w:r>
              <w:rPr>
                <w:sz w:val="22"/>
              </w:rPr>
            </w:r>
          </w:p>
        </w:tc>
        <w:tc>
          <w:tcPr>
            <w:tcW w:type="dxa" w:w="1814"/>
          </w:tcPr>
          <w:p>
            <w:pPr>
              <w:spacing w:after="20"/>
            </w:pPr>
            <w:r>
              <w:rPr>
                <w:sz w:val="22"/>
              </w:rPr>
            </w:r>
          </w:p>
        </w:tc>
        <w:tc>
          <w:tcPr>
            <w:tcW w:type="dxa" w:w="1361"/>
          </w:tcPr>
          <w:p>
            <w:pPr>
              <w:spacing w:after="20"/>
            </w:pPr>
            <w:r>
              <w:rPr>
                <w:sz w:val="22"/>
              </w:rPr>
            </w:r>
          </w:p>
        </w:tc>
      </w:tr>
      <w:tr>
        <w:tc>
          <w:tcPr>
            <w:tcW w:type="dxa" w:w="567"/>
          </w:tcPr>
          <w:p>
            <w:pPr>
              <w:spacing w:after="20"/>
            </w:pPr>
            <w:r>
              <w:rPr>
                <w:sz w:val="22"/>
              </w:rPr>
              <w:t>2</w:t>
            </w:r>
          </w:p>
        </w:tc>
        <w:tc>
          <w:tcPr>
            <w:tcW w:type="dxa" w:w="2154"/>
          </w:tcPr>
          <w:p>
            <w:pPr>
              <w:spacing w:after="20"/>
            </w:pPr>
            <w:r>
              <w:rPr>
                <w:sz w:val="22"/>
              </w:rPr>
            </w:r>
          </w:p>
        </w:tc>
        <w:tc>
          <w:tcPr>
            <w:tcW w:type="dxa" w:w="1701"/>
          </w:tcPr>
          <w:p>
            <w:pPr>
              <w:spacing w:after="20"/>
            </w:pPr>
            <w:r>
              <w:rPr>
                <w:sz w:val="22"/>
              </w:rPr>
            </w:r>
          </w:p>
        </w:tc>
        <w:tc>
          <w:tcPr>
            <w:tcW w:type="dxa" w:w="2041"/>
          </w:tcPr>
          <w:p>
            <w:pPr>
              <w:spacing w:after="20"/>
            </w:pPr>
            <w:r>
              <w:rPr>
                <w:sz w:val="22"/>
              </w:rPr>
            </w:r>
          </w:p>
        </w:tc>
        <w:tc>
          <w:tcPr>
            <w:tcW w:type="dxa" w:w="1814"/>
          </w:tcPr>
          <w:p>
            <w:pPr>
              <w:spacing w:after="20"/>
            </w:pPr>
            <w:r>
              <w:rPr>
                <w:sz w:val="22"/>
              </w:rPr>
            </w:r>
          </w:p>
        </w:tc>
        <w:tc>
          <w:tcPr>
            <w:tcW w:type="dxa" w:w="1361"/>
          </w:tcPr>
          <w:p>
            <w:pPr>
              <w:spacing w:after="20"/>
            </w:pPr>
            <w:r>
              <w:rPr>
                <w:sz w:val="22"/>
              </w:rPr>
            </w:r>
          </w:p>
        </w:tc>
      </w:tr>
      <w:tr>
        <w:tc>
          <w:tcPr>
            <w:tcW w:type="dxa" w:w="567"/>
          </w:tcPr>
          <w:p>
            <w:pPr>
              <w:spacing w:after="20"/>
            </w:pPr>
            <w:r>
              <w:rPr>
                <w:sz w:val="22"/>
              </w:rPr>
              <w:t>3</w:t>
            </w:r>
          </w:p>
        </w:tc>
        <w:tc>
          <w:tcPr>
            <w:tcW w:type="dxa" w:w="2154"/>
          </w:tcPr>
          <w:p>
            <w:pPr>
              <w:spacing w:after="20"/>
            </w:pPr>
            <w:r>
              <w:rPr>
                <w:sz w:val="22"/>
              </w:rPr>
            </w:r>
          </w:p>
        </w:tc>
        <w:tc>
          <w:tcPr>
            <w:tcW w:type="dxa" w:w="1701"/>
          </w:tcPr>
          <w:p>
            <w:pPr>
              <w:spacing w:after="20"/>
            </w:pPr>
            <w:r>
              <w:rPr>
                <w:sz w:val="22"/>
              </w:rPr>
            </w:r>
          </w:p>
        </w:tc>
        <w:tc>
          <w:tcPr>
            <w:tcW w:type="dxa" w:w="2041"/>
          </w:tcPr>
          <w:p>
            <w:pPr>
              <w:spacing w:after="20"/>
            </w:pPr>
            <w:r>
              <w:rPr>
                <w:sz w:val="22"/>
              </w:rPr>
            </w:r>
          </w:p>
        </w:tc>
        <w:tc>
          <w:tcPr>
            <w:tcW w:type="dxa" w:w="1814"/>
          </w:tcPr>
          <w:p>
            <w:pPr>
              <w:spacing w:after="20"/>
            </w:pPr>
            <w:r>
              <w:rPr>
                <w:sz w:val="22"/>
              </w:rPr>
            </w:r>
          </w:p>
        </w:tc>
        <w:tc>
          <w:tcPr>
            <w:tcW w:type="dxa" w:w="1361"/>
          </w:tcPr>
          <w:p>
            <w:pPr>
              <w:spacing w:after="20"/>
            </w:pPr>
            <w:r>
              <w:rPr>
                <w:sz w:val="22"/>
              </w:rPr>
            </w:r>
          </w:p>
        </w:tc>
      </w:tr>
      <w:tr>
        <w:tc>
          <w:tcPr>
            <w:tcW w:type="dxa" w:w="567"/>
          </w:tcPr>
          <w:p>
            <w:pPr>
              <w:spacing w:after="20"/>
            </w:pPr>
            <w:r>
              <w:rPr>
                <w:sz w:val="22"/>
              </w:rPr>
              <w:t>4</w:t>
            </w:r>
          </w:p>
        </w:tc>
        <w:tc>
          <w:tcPr>
            <w:tcW w:type="dxa" w:w="2154"/>
          </w:tcPr>
          <w:p>
            <w:pPr>
              <w:spacing w:after="20"/>
            </w:pPr>
            <w:r>
              <w:rPr>
                <w:sz w:val="22"/>
              </w:rPr>
            </w:r>
          </w:p>
        </w:tc>
        <w:tc>
          <w:tcPr>
            <w:tcW w:type="dxa" w:w="1701"/>
          </w:tcPr>
          <w:p>
            <w:pPr>
              <w:spacing w:after="20"/>
            </w:pPr>
            <w:r>
              <w:rPr>
                <w:sz w:val="22"/>
              </w:rPr>
            </w:r>
          </w:p>
        </w:tc>
        <w:tc>
          <w:tcPr>
            <w:tcW w:type="dxa" w:w="2041"/>
          </w:tcPr>
          <w:p>
            <w:pPr>
              <w:spacing w:after="20"/>
            </w:pPr>
            <w:r>
              <w:rPr>
                <w:sz w:val="22"/>
              </w:rPr>
            </w:r>
          </w:p>
        </w:tc>
        <w:tc>
          <w:tcPr>
            <w:tcW w:type="dxa" w:w="1814"/>
          </w:tcPr>
          <w:p>
            <w:pPr>
              <w:spacing w:after="20"/>
            </w:pPr>
            <w:r>
              <w:rPr>
                <w:sz w:val="22"/>
              </w:rPr>
            </w:r>
          </w:p>
        </w:tc>
        <w:tc>
          <w:tcPr>
            <w:tcW w:type="dxa" w:w="1361"/>
          </w:tcPr>
          <w:p>
            <w:pPr>
              <w:spacing w:after="20"/>
            </w:pPr>
            <w:r>
              <w:rPr>
                <w:sz w:val="22"/>
              </w:rPr>
            </w:r>
          </w:p>
        </w:tc>
      </w:tr>
    </w:tbl>
    <w:p>
      <w:pPr>
        <w:spacing w:after="40"/>
      </w:pPr>
      <w:r>
        <w:rPr>
          <w:b w:val="0"/>
          <w:i w:val="0"/>
        </w:rPr>
      </w:r>
    </w:p>
    <w:p>
      <w:pPr>
        <w:spacing w:after="80"/>
      </w:pPr>
      <w:r>
        <w:rPr>
          <w:b/>
          <w:i w:val="0"/>
        </w:rPr>
        <w:t>2. Phần mềm bản quyền đã cài</w:t>
      </w:r>
    </w:p>
    <w:tbl>
      <w:tblPr>
        <w:tblStyle w:val="TableGrid"/>
        <w:tblW w:type="auto" w:w="0"/>
        <w:tblLayout w:type="fixed"/>
        <w:tblLook w:firstColumn="1" w:firstRow="1" w:lastColumn="0" w:lastRow="0" w:noHBand="0" w:noVBand="1" w:val="04A0"/>
      </w:tblPr>
      <w:tblGrid>
        <w:gridCol w:w="2493"/>
        <w:gridCol w:w="2493"/>
        <w:gridCol w:w="2493"/>
        <w:gridCol w:w="2493"/>
      </w:tblGrid>
      <w:tr>
        <w:tc>
          <w:tcPr>
            <w:tcW w:type="dxa" w:w="567"/>
            <w:shd w:val="clear" w:color="auto" w:fill="E6F5EC"/>
          </w:tcPr>
          <w:p>
            <w:pPr>
              <w:spacing w:after="20"/>
            </w:pPr>
            <w:r>
              <w:rPr>
                <w:sz w:val="22"/>
              </w:rPr>
            </w:r>
            <w:r>
              <w:rPr>
                <w:b/>
                <w:sz w:val="22"/>
              </w:rPr>
              <w:t>STT</w:t>
            </w:r>
          </w:p>
        </w:tc>
        <w:tc>
          <w:tcPr>
            <w:tcW w:type="dxa" w:w="3118"/>
            <w:shd w:val="clear" w:color="auto" w:fill="E6F5EC"/>
          </w:tcPr>
          <w:p>
            <w:pPr>
              <w:spacing w:after="20"/>
            </w:pPr>
            <w:r>
              <w:rPr>
                <w:sz w:val="22"/>
              </w:rPr>
            </w:r>
            <w:r>
              <w:rPr>
                <w:b/>
                <w:sz w:val="22"/>
              </w:rPr>
              <w:t>Tên phần mềm</w:t>
            </w:r>
          </w:p>
        </w:tc>
        <w:tc>
          <w:tcPr>
            <w:tcW w:type="dxa" w:w="3118"/>
            <w:shd w:val="clear" w:color="auto" w:fill="E6F5EC"/>
          </w:tcPr>
          <w:p>
            <w:pPr>
              <w:spacing w:after="20"/>
            </w:pPr>
            <w:r>
              <w:rPr>
                <w:sz w:val="22"/>
              </w:rPr>
            </w:r>
            <w:r>
              <w:rPr>
                <w:b/>
                <w:sz w:val="22"/>
              </w:rPr>
              <w:t>Loại license/Mã license</w:t>
            </w:r>
          </w:p>
        </w:tc>
        <w:tc>
          <w:tcPr>
            <w:tcW w:type="dxa" w:w="2835"/>
            <w:shd w:val="clear" w:color="auto" w:fill="E6F5EC"/>
          </w:tcPr>
          <w:p>
            <w:pPr>
              <w:spacing w:after="20"/>
            </w:pPr>
            <w:r>
              <w:rPr>
                <w:sz w:val="22"/>
              </w:rPr>
            </w:r>
            <w:r>
              <w:rPr>
                <w:b/>
                <w:sz w:val="22"/>
              </w:rPr>
              <w:t>Ghi chú</w:t>
            </w:r>
          </w:p>
        </w:tc>
      </w:tr>
      <w:tr>
        <w:tc>
          <w:tcPr>
            <w:tcW w:type="dxa" w:w="567"/>
          </w:tcPr>
          <w:p>
            <w:pPr>
              <w:spacing w:after="20"/>
            </w:pPr>
            <w:r>
              <w:rPr>
                <w:sz w:val="22"/>
              </w:rPr>
              <w:t>1</w:t>
            </w:r>
          </w:p>
        </w:tc>
        <w:tc>
          <w:tcPr>
            <w:tcW w:type="dxa" w:w="3118"/>
          </w:tcPr>
          <w:p>
            <w:pPr>
              <w:spacing w:after="20"/>
            </w:pPr>
            <w:r>
              <w:rPr>
                <w:sz w:val="22"/>
              </w:rPr>
            </w:r>
          </w:p>
        </w:tc>
        <w:tc>
          <w:tcPr>
            <w:tcW w:type="dxa" w:w="3118"/>
          </w:tcPr>
          <w:p>
            <w:pPr>
              <w:spacing w:after="20"/>
            </w:pPr>
            <w:r>
              <w:rPr>
                <w:sz w:val="22"/>
              </w:rPr>
            </w:r>
          </w:p>
        </w:tc>
        <w:tc>
          <w:tcPr>
            <w:tcW w:type="dxa" w:w="2835"/>
          </w:tcPr>
          <w:p>
            <w:pPr>
              <w:spacing w:after="20"/>
            </w:pPr>
            <w:r>
              <w:rPr>
                <w:sz w:val="22"/>
              </w:rPr>
            </w:r>
          </w:p>
        </w:tc>
      </w:tr>
      <w:tr>
        <w:tc>
          <w:tcPr>
            <w:tcW w:type="dxa" w:w="567"/>
          </w:tcPr>
          <w:p>
            <w:pPr>
              <w:spacing w:after="20"/>
            </w:pPr>
            <w:r>
              <w:rPr>
                <w:sz w:val="22"/>
              </w:rPr>
              <w:t>2</w:t>
            </w:r>
          </w:p>
        </w:tc>
        <w:tc>
          <w:tcPr>
            <w:tcW w:type="dxa" w:w="3118"/>
          </w:tcPr>
          <w:p>
            <w:pPr>
              <w:spacing w:after="20"/>
            </w:pPr>
            <w:r>
              <w:rPr>
                <w:sz w:val="22"/>
              </w:rPr>
            </w:r>
          </w:p>
        </w:tc>
        <w:tc>
          <w:tcPr>
            <w:tcW w:type="dxa" w:w="3118"/>
          </w:tcPr>
          <w:p>
            <w:pPr>
              <w:spacing w:after="20"/>
            </w:pPr>
            <w:r>
              <w:rPr>
                <w:sz w:val="22"/>
              </w:rPr>
            </w:r>
          </w:p>
        </w:tc>
        <w:tc>
          <w:tcPr>
            <w:tcW w:type="dxa" w:w="2835"/>
          </w:tcPr>
          <w:p>
            <w:pPr>
              <w:spacing w:after="20"/>
            </w:pPr>
            <w:r>
              <w:rPr>
                <w:sz w:val="22"/>
              </w:rPr>
            </w:r>
          </w:p>
        </w:tc>
      </w:tr>
      <w:tr>
        <w:tc>
          <w:tcPr>
            <w:tcW w:type="dxa" w:w="567"/>
          </w:tcPr>
          <w:p>
            <w:pPr>
              <w:spacing w:after="20"/>
            </w:pPr>
            <w:r>
              <w:rPr>
                <w:sz w:val="22"/>
              </w:rPr>
              <w:t>3</w:t>
            </w:r>
          </w:p>
        </w:tc>
        <w:tc>
          <w:tcPr>
            <w:tcW w:type="dxa" w:w="3118"/>
          </w:tcPr>
          <w:p>
            <w:pPr>
              <w:spacing w:after="20"/>
            </w:pPr>
            <w:r>
              <w:rPr>
                <w:sz w:val="22"/>
              </w:rPr>
            </w:r>
          </w:p>
        </w:tc>
        <w:tc>
          <w:tcPr>
            <w:tcW w:type="dxa" w:w="3118"/>
          </w:tcPr>
          <w:p>
            <w:pPr>
              <w:spacing w:after="20"/>
            </w:pPr>
            <w:r>
              <w:rPr>
                <w:sz w:val="22"/>
              </w:rPr>
            </w:r>
          </w:p>
        </w:tc>
        <w:tc>
          <w:tcPr>
            <w:tcW w:type="dxa" w:w="2835"/>
          </w:tcPr>
          <w:p>
            <w:pPr>
              <w:spacing w:after="20"/>
            </w:pPr>
            <w:r>
              <w:rPr>
                <w:sz w:val="22"/>
              </w:rPr>
            </w:r>
          </w:p>
        </w:tc>
      </w:tr>
    </w:tbl>
    <w:p>
      <w:pPr>
        <w:spacing w:after="40"/>
      </w:pPr>
      <w:r>
        <w:rPr>
          <w:b w:val="0"/>
          <w:i w:val="0"/>
        </w:rPr>
      </w:r>
    </w:p>
    <w:p>
      <w:pPr>
        <w:spacing w:after="80"/>
      </w:pPr>
      <w:r>
        <w:rPr>
          <w:b/>
          <w:i w:val="0"/>
        </w:rPr>
        <w:t>3. Tài khoản được cấp/thu hồi</w:t>
      </w:r>
    </w:p>
    <w:tbl>
      <w:tblPr>
        <w:tblStyle w:val="TableGrid"/>
        <w:tblW w:type="auto" w:w="0"/>
        <w:tblLayout w:type="fixed"/>
        <w:tblLook w:firstColumn="1" w:firstRow="1" w:lastColumn="0" w:lastRow="0" w:noHBand="0" w:noVBand="1" w:val="04A0"/>
      </w:tblPr>
      <w:tblGrid>
        <w:gridCol w:w="2493"/>
        <w:gridCol w:w="2493"/>
        <w:gridCol w:w="2493"/>
        <w:gridCol w:w="2493"/>
      </w:tblGrid>
      <w:tr>
        <w:tc>
          <w:tcPr>
            <w:tcW w:type="dxa" w:w="567"/>
            <w:shd w:val="clear" w:color="auto" w:fill="E6F5EC"/>
          </w:tcPr>
          <w:p>
            <w:pPr>
              <w:spacing w:after="20"/>
            </w:pPr>
            <w:r>
              <w:rPr>
                <w:sz w:val="22"/>
              </w:rPr>
            </w:r>
            <w:r>
              <w:rPr>
                <w:b/>
                <w:sz w:val="22"/>
              </w:rPr>
              <w:t>STT</w:t>
            </w:r>
          </w:p>
        </w:tc>
        <w:tc>
          <w:tcPr>
            <w:tcW w:type="dxa" w:w="3118"/>
            <w:shd w:val="clear" w:color="auto" w:fill="E6F5EC"/>
          </w:tcPr>
          <w:p>
            <w:pPr>
              <w:spacing w:after="20"/>
            </w:pPr>
            <w:r>
              <w:rPr>
                <w:sz w:val="22"/>
              </w:rPr>
            </w:r>
            <w:r>
              <w:rPr>
                <w:b/>
                <w:sz w:val="22"/>
              </w:rPr>
              <w:t>Hệ thống (email, phần mềm, VPN…)</w:t>
            </w:r>
          </w:p>
        </w:tc>
        <w:tc>
          <w:tcPr>
            <w:tcW w:type="dxa" w:w="2835"/>
            <w:shd w:val="clear" w:color="auto" w:fill="E6F5EC"/>
          </w:tcPr>
          <w:p>
            <w:pPr>
              <w:spacing w:after="20"/>
            </w:pPr>
            <w:r>
              <w:rPr>
                <w:sz w:val="22"/>
              </w:rPr>
            </w:r>
            <w:r>
              <w:rPr>
                <w:b/>
                <w:sz w:val="22"/>
              </w:rPr>
              <w:t>Tên tài khoản</w:t>
            </w:r>
          </w:p>
        </w:tc>
        <w:tc>
          <w:tcPr>
            <w:tcW w:type="dxa" w:w="3118"/>
            <w:shd w:val="clear" w:color="auto" w:fill="E6F5EC"/>
          </w:tcPr>
          <w:p>
            <w:pPr>
              <w:spacing w:after="20"/>
            </w:pPr>
            <w:r>
              <w:rPr>
                <w:sz w:val="22"/>
              </w:rPr>
            </w:r>
            <w:r>
              <w:rPr>
                <w:b/>
                <w:sz w:val="22"/>
              </w:rPr>
              <w:t>Trạng thái (cấp mới/khóa/chuyển quyền)</w:t>
            </w:r>
          </w:p>
        </w:tc>
      </w:tr>
      <w:tr>
        <w:tc>
          <w:tcPr>
            <w:tcW w:type="dxa" w:w="567"/>
          </w:tcPr>
          <w:p>
            <w:pPr>
              <w:spacing w:after="20"/>
            </w:pPr>
            <w:r>
              <w:rPr>
                <w:sz w:val="22"/>
              </w:rPr>
              <w:t>1</w:t>
            </w:r>
          </w:p>
        </w:tc>
        <w:tc>
          <w:tcPr>
            <w:tcW w:type="dxa" w:w="3118"/>
          </w:tcPr>
          <w:p>
            <w:pPr>
              <w:spacing w:after="20"/>
            </w:pPr>
            <w:r>
              <w:rPr>
                <w:sz w:val="22"/>
              </w:rPr>
            </w:r>
          </w:p>
        </w:tc>
        <w:tc>
          <w:tcPr>
            <w:tcW w:type="dxa" w:w="2835"/>
          </w:tcPr>
          <w:p>
            <w:pPr>
              <w:spacing w:after="20"/>
            </w:pPr>
            <w:r>
              <w:rPr>
                <w:sz w:val="22"/>
              </w:rPr>
            </w:r>
          </w:p>
        </w:tc>
        <w:tc>
          <w:tcPr>
            <w:tcW w:type="dxa" w:w="3118"/>
          </w:tcPr>
          <w:p>
            <w:pPr>
              <w:spacing w:after="20"/>
            </w:pPr>
            <w:r>
              <w:rPr>
                <w:sz w:val="22"/>
              </w:rPr>
            </w:r>
          </w:p>
        </w:tc>
      </w:tr>
      <w:tr>
        <w:tc>
          <w:tcPr>
            <w:tcW w:type="dxa" w:w="567"/>
          </w:tcPr>
          <w:p>
            <w:pPr>
              <w:spacing w:after="20"/>
            </w:pPr>
            <w:r>
              <w:rPr>
                <w:sz w:val="22"/>
              </w:rPr>
              <w:t>2</w:t>
            </w:r>
          </w:p>
        </w:tc>
        <w:tc>
          <w:tcPr>
            <w:tcW w:type="dxa" w:w="3118"/>
          </w:tcPr>
          <w:p>
            <w:pPr>
              <w:spacing w:after="20"/>
            </w:pPr>
            <w:r>
              <w:rPr>
                <w:sz w:val="22"/>
              </w:rPr>
            </w:r>
          </w:p>
        </w:tc>
        <w:tc>
          <w:tcPr>
            <w:tcW w:type="dxa" w:w="2835"/>
          </w:tcPr>
          <w:p>
            <w:pPr>
              <w:spacing w:after="20"/>
            </w:pPr>
            <w:r>
              <w:rPr>
                <w:sz w:val="22"/>
              </w:rPr>
            </w:r>
          </w:p>
        </w:tc>
        <w:tc>
          <w:tcPr>
            <w:tcW w:type="dxa" w:w="3118"/>
          </w:tcPr>
          <w:p>
            <w:pPr>
              <w:spacing w:after="20"/>
            </w:pPr>
            <w:r>
              <w:rPr>
                <w:sz w:val="22"/>
              </w:rPr>
            </w:r>
          </w:p>
        </w:tc>
      </w:tr>
      <w:tr>
        <w:tc>
          <w:tcPr>
            <w:tcW w:type="dxa" w:w="567"/>
          </w:tcPr>
          <w:p>
            <w:pPr>
              <w:spacing w:after="20"/>
            </w:pPr>
            <w:r>
              <w:rPr>
                <w:sz w:val="22"/>
              </w:rPr>
              <w:t>3</w:t>
            </w:r>
          </w:p>
        </w:tc>
        <w:tc>
          <w:tcPr>
            <w:tcW w:type="dxa" w:w="3118"/>
          </w:tcPr>
          <w:p>
            <w:pPr>
              <w:spacing w:after="20"/>
            </w:pPr>
            <w:r>
              <w:rPr>
                <w:sz w:val="22"/>
              </w:rPr>
            </w:r>
          </w:p>
        </w:tc>
        <w:tc>
          <w:tcPr>
            <w:tcW w:type="dxa" w:w="2835"/>
          </w:tcPr>
          <w:p>
            <w:pPr>
              <w:spacing w:after="20"/>
            </w:pPr>
            <w:r>
              <w:rPr>
                <w:sz w:val="22"/>
              </w:rPr>
            </w:r>
          </w:p>
        </w:tc>
        <w:tc>
          <w:tcPr>
            <w:tcW w:type="dxa" w:w="3118"/>
          </w:tcPr>
          <w:p>
            <w:pPr>
              <w:spacing w:after="20"/>
            </w:pPr>
            <w:r>
              <w:rPr>
                <w:sz w:val="22"/>
              </w:rPr>
            </w:r>
          </w:p>
        </w:tc>
      </w:tr>
    </w:tbl>
    <w:p>
      <w:pPr>
        <w:spacing w:after="40"/>
      </w:pPr>
      <w:r>
        <w:rPr>
          <w:b w:val="0"/>
          <w:i w:val="0"/>
        </w:rPr>
      </w:r>
    </w:p>
    <w:p>
      <w:pPr>
        <w:spacing w:after="80"/>
      </w:pPr>
      <w:r>
        <w:rPr>
          <w:b w:val="0"/>
          <w:i/>
          <w:sz w:val="22"/>
        </w:rPr>
        <w:t>Lưu ý: không ghi mật khẩu vào biên bản. Mật khẩu được gửi qua kênh riêng và người dùng đổi khi đăng nhập lần đầu.</w:t>
      </w:r>
    </w:p>
    <w:p>
      <w:pPr>
        <w:spacing w:after="80"/>
      </w:pPr>
      <w:r>
        <w:rPr>
          <w:b/>
          <w:i w:val="0"/>
        </w:rPr>
        <w:t>4. Tình trạng dữ liệu (khi thu hồi hoặc điều chuyển)</w:t>
      </w:r>
    </w:p>
    <w:p>
      <w:pPr>
        <w:spacing w:after="60"/>
      </w:pPr>
      <w:r>
        <w:rPr>
          <w:b/>
        </w:rPr>
        <w:t xml:space="preserve">Dữ liệu công việc đã sao lưu về: </w:t>
      </w:r>
      <w:r>
        <w:t>[Thư mục/ổ lưu trữ của công ty, người xác nhận].</w:t>
      </w:r>
    </w:p>
    <w:p>
      <w:pPr>
        <w:spacing w:after="60"/>
      </w:pPr>
      <w:r>
        <w:rPr>
          <w:b/>
        </w:rPr>
        <w:t xml:space="preserve">Thiết bị đã được xóa dữ liệu/cài lại: </w:t>
      </w:r>
      <w:r>
        <w:t>[Có/Chưa], người thực hiện: [ ], ngày: [ ].</w:t>
      </w:r>
    </w:p>
    <w:p>
      <w:pPr>
        <w:spacing w:after="60"/>
      </w:pPr>
      <w:r>
        <w:rPr>
          <w:b/>
        </w:rPr>
        <w:t xml:space="preserve">Cam kết: </w:t>
      </w:r>
      <w:r>
        <w:t>Bên nhận sử dụng thiết bị cho công việc, không tự cài phần mềm ngoài danh mục được phép, không tháo đổi linh kiện và báo bộ phận IT khi thiết bị gặp lỗi.</w:t>
      </w:r>
    </w:p>
    <w:p>
      <w:pPr>
        <w:spacing w:after="80"/>
      </w:pPr>
      <w:r>
        <w:rPr>
          <w:b w:val="0"/>
          <w:i w:val="0"/>
        </w:rPr>
        <w:t>Biên bản được lập thành [02] bản có giá trị như nhau, mỗi bên giữ [01] bản.</w:t>
      </w:r>
    </w:p>
    <w:tbl>
      <w:tblPr>
        <w:tblW w:type="auto" w:w="0"/>
        <w:tblLook w:firstColumn="1" w:firstRow="1" w:lastColumn="0" w:lastRow="0" w:noHBand="0" w:noVBand="1" w:val="04A0"/>
        <w:tblBorders>
          <w:top w:val="nil"/>
          <w:left w:val="nil"/>
          <w:bottom w:val="nil"/>
          <w:right w:val="nil"/>
          <w:insideH w:val="nil"/>
          <w:insideV w:val="nil"/>
        </w:tblBorders>
      </w:tblPr>
      <w:tblGrid>
        <w:gridCol w:w="3324"/>
        <w:gridCol w:w="3324"/>
        <w:gridCol w:w="3324"/>
      </w:tblGrid>
      <w:tr>
        <w:tc>
          <w:tcPr>
            <w:tcW w:type="dxa" w:w="3324"/>
          </w:tcPr>
          <w:p>
            <w:pPr>
              <w:jc w:val="center"/>
            </w:pPr>
            <w:r>
              <w:rPr>
                <w:b/>
              </w:rPr>
              <w:t>BÊN GIAO</w:t>
            </w:r>
          </w:p>
          <w:p>
            <w:pPr>
              <w:jc w:val="center"/>
            </w:pPr>
            <w:r>
              <w:rPr>
                <w:i/>
                <w:sz w:val="22"/>
              </w:rPr>
              <w:t>(Ký, ghi rõ họ tên)</w:t>
            </w:r>
          </w:p>
          <w:p/>
          <w:p/>
          <w:p/>
        </w:tc>
        <w:tc>
          <w:tcPr>
            <w:tcW w:type="dxa" w:w="3324"/>
          </w:tcPr>
          <w:p>
            <w:pPr>
              <w:jc w:val="center"/>
            </w:pPr>
            <w:r>
              <w:rPr>
                <w:b/>
              </w:rPr>
              <w:t>BÊN NHẬN</w:t>
            </w:r>
          </w:p>
          <w:p>
            <w:pPr>
              <w:jc w:val="center"/>
            </w:pPr>
            <w:r>
              <w:rPr>
                <w:i/>
                <w:sz w:val="22"/>
              </w:rPr>
              <w:t>(Ký, ghi rõ họ tên)</w:t>
            </w:r>
          </w:p>
          <w:p/>
          <w:p/>
          <w:p/>
        </w:tc>
        <w:tc>
          <w:tcPr>
            <w:tcW w:type="dxa" w:w="3324"/>
          </w:tcPr>
          <w:p>
            <w:pPr>
              <w:jc w:val="center"/>
            </w:pPr>
            <w:r>
              <w:rPr>
                <w:b/>
              </w:rPr>
              <w:t>NGƯỜI CHỨNG KIẾN</w:t>
            </w:r>
          </w:p>
          <w:p>
            <w:pPr>
              <w:jc w:val="center"/>
            </w:pPr>
            <w:r>
              <w:rPr>
                <w:i/>
                <w:sz w:val="22"/>
              </w:rPr>
              <w:t>(Ký, ghi rõ họ tên)</w:t>
            </w:r>
          </w:p>
          <w:p/>
          <w:p/>
          <w:p/>
        </w:tc>
      </w:tr>
    </w:tbl>
    <w:p>
      <w:r>
        <w:br w:type="page"/>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4986"/>
        <w:gridCol w:w="4986"/>
      </w:tblGrid>
      <w:tr>
        <w:tc>
          <w:tcPr>
            <w:tcW w:type="dxa" w:w="3402"/>
          </w:tcPr>
          <w:p>
            <w:pPr>
              <w:spacing w:after="0"/>
              <w:jc w:val="center"/>
            </w:pPr>
            <w:r>
              <w:rPr>
                <w:b/>
                <w:sz w:val="24"/>
              </w:rPr>
              <w:t>[TÊN CÔNG TY]</w:t>
            </w:r>
          </w:p>
          <w:p>
            <w:pPr>
              <w:spacing w:after="0"/>
              <w:jc w:val="center"/>
            </w:pPr>
            <w:r>
              <w:rPr>
                <w:sz w:val="24"/>
              </w:rPr>
              <w:t>Số: ....../BBBG</w:t>
            </w:r>
          </w:p>
        </w:tc>
        <w:tc>
          <w:tcPr>
            <w:tcW w:type="dxa" w:w="6236"/>
          </w:tcPr>
          <w:p>
            <w:pPr>
              <w:spacing w:after="0"/>
              <w:jc w:val="center"/>
            </w:pPr>
            <w:r>
              <w:rPr>
                <w:b/>
                <w:sz w:val="24"/>
              </w:rPr>
              <w:t>CỘNG HÒA XÃ HỘI CHỦ NGHĨA VIỆT NAM</w:t>
            </w:r>
          </w:p>
          <w:p>
            <w:pPr>
              <w:spacing w:after="0"/>
              <w:jc w:val="center"/>
            </w:pPr>
            <w:r>
              <w:rPr>
                <w:b/>
                <w:sz w:val="24"/>
                <w:u w:val="single"/>
              </w:rPr>
              <w:t>Độc lập - Tự do - Hạnh phúc</w:t>
            </w:r>
          </w:p>
        </w:tc>
      </w:tr>
    </w:tbl>
    <w:p>
      <w:pPr>
        <w:spacing w:after="80"/>
      </w:pPr>
      <w:r>
        <w:rPr>
          <w:b w:val="0"/>
          <w:i w:val="0"/>
        </w:rPr>
      </w:r>
    </w:p>
    <w:p>
      <w:pPr>
        <w:spacing w:after="40"/>
        <w:jc w:val="center"/>
      </w:pPr>
      <w:r>
        <w:rPr>
          <w:b/>
          <w:i w:val="0"/>
          <w:sz w:val="30"/>
        </w:rPr>
        <w:t>BIÊN BẢN THU HỒI TÀI SẢN</w:t>
      </w:r>
    </w:p>
    <w:p>
      <w:pPr>
        <w:spacing w:after="200"/>
        <w:jc w:val="center"/>
      </w:pPr>
      <w:r>
        <w:rPr>
          <w:b w:val="0"/>
          <w:i/>
        </w:rPr>
        <w:t>Về việc: thu hồi tài sản khi người lao động chấm dứt hợp đồng lao động</w:t>
      </w:r>
    </w:p>
    <w:p>
      <w:pPr>
        <w:spacing w:after="80"/>
      </w:pPr>
      <w:r>
        <w:rPr>
          <w:b w:val="0"/>
          <w:i w:val="0"/>
        </w:rPr>
        <w:t>Hôm nay, [giờ] ngày [dd/mm/yyyy], tại [địa điểm], chúng tôi gồm:</w:t>
      </w:r>
    </w:p>
    <w:p>
      <w:pPr>
        <w:spacing w:after="60"/>
      </w:pPr>
      <w:r>
        <w:rPr>
          <w:b/>
        </w:rPr>
        <w:t xml:space="preserve">Bên giao: </w:t>
      </w:r>
      <w:r>
        <w:t>[Họ tên người lao động], chức vụ: [ ], bộ phận: [ ], mã nhân viên: [ ].</w:t>
      </w:r>
    </w:p>
    <w:p>
      <w:pPr>
        <w:spacing w:after="60"/>
      </w:pPr>
      <w:r>
        <w:rPr>
          <w:b/>
        </w:rPr>
        <w:t xml:space="preserve">Bên nhận: </w:t>
      </w:r>
      <w:r>
        <w:t>[Họ tên], đại diện bộ phận [Hành chính/IT/Kế toán].</w:t>
      </w:r>
    </w:p>
    <w:p>
      <w:pPr>
        <w:spacing w:after="60"/>
      </w:pPr>
      <w:r>
        <w:rPr>
          <w:b/>
        </w:rPr>
        <w:t xml:space="preserve">Người chứng kiến (nếu có): </w:t>
      </w:r>
      <w:r>
        <w:t>[Họ tên, bộ phận].</w:t>
      </w:r>
    </w:p>
    <w:p>
      <w:pPr>
        <w:spacing w:after="60"/>
      </w:pPr>
      <w:r>
        <w:rPr>
          <w:b/>
        </w:rPr>
        <w:t xml:space="preserve">Ngày chấm dứt hợp đồng lao động: </w:t>
      </w:r>
      <w:r>
        <w:t>[dd/mm/yyyy].</w:t>
      </w:r>
    </w:p>
    <w:p>
      <w:pPr>
        <w:spacing w:after="60"/>
      </w:pPr>
      <w:r>
        <w:rPr>
          <w:b/>
        </w:rPr>
        <w:t xml:space="preserve">Căn cứ đối chiếu: </w:t>
      </w:r>
      <w:r>
        <w:t>Biên bản bàn giao tài sản số [ ] ngày [ ].</w:t>
      </w:r>
    </w:p>
    <w:tbl>
      <w:tblPr>
        <w:tblStyle w:val="TableGrid"/>
        <w:tblW w:type="auto" w:w="0"/>
        <w:tblLayout w:type="fixed"/>
        <w:tblLook w:firstColumn="1" w:firstRow="1" w:lastColumn="0" w:lastRow="0" w:noHBand="0" w:noVBand="1" w:val="04A0"/>
      </w:tblPr>
      <w:tblGrid>
        <w:gridCol w:w="1425"/>
        <w:gridCol w:w="1425"/>
        <w:gridCol w:w="1425"/>
        <w:gridCol w:w="1425"/>
        <w:gridCol w:w="1425"/>
        <w:gridCol w:w="1425"/>
        <w:gridCol w:w="1425"/>
      </w:tblGrid>
      <w:tr>
        <w:tc>
          <w:tcPr>
            <w:tcW w:type="dxa" w:w="567"/>
            <w:shd w:val="clear" w:color="auto" w:fill="E6F5EC"/>
          </w:tcPr>
          <w:p>
            <w:pPr>
              <w:spacing w:after="20"/>
            </w:pPr>
            <w:r>
              <w:rPr>
                <w:sz w:val="22"/>
              </w:rPr>
            </w:r>
            <w:r>
              <w:rPr>
                <w:b/>
                <w:sz w:val="22"/>
              </w:rPr>
              <w:t>STT</w:t>
            </w:r>
          </w:p>
        </w:tc>
        <w:tc>
          <w:tcPr>
            <w:tcW w:type="dxa" w:w="2154"/>
            <w:shd w:val="clear" w:color="auto" w:fill="E6F5EC"/>
          </w:tcPr>
          <w:p>
            <w:pPr>
              <w:spacing w:after="20"/>
            </w:pPr>
            <w:r>
              <w:rPr>
                <w:sz w:val="22"/>
              </w:rPr>
            </w:r>
            <w:r>
              <w:rPr>
                <w:b/>
                <w:sz w:val="22"/>
              </w:rPr>
              <w:t>Tên tài sản</w:t>
            </w:r>
          </w:p>
        </w:tc>
        <w:tc>
          <w:tcPr>
            <w:tcW w:type="dxa" w:w="1587"/>
            <w:shd w:val="clear" w:color="auto" w:fill="E6F5EC"/>
          </w:tcPr>
          <w:p>
            <w:pPr>
              <w:spacing w:after="20"/>
            </w:pPr>
            <w:r>
              <w:rPr>
                <w:sz w:val="22"/>
              </w:rPr>
            </w:r>
            <w:r>
              <w:rPr>
                <w:b/>
                <w:sz w:val="22"/>
              </w:rPr>
              <w:t>Mã TS/Serial</w:t>
            </w:r>
          </w:p>
        </w:tc>
        <w:tc>
          <w:tcPr>
            <w:tcW w:type="dxa" w:w="907"/>
            <w:shd w:val="clear" w:color="auto" w:fill="E6F5EC"/>
          </w:tcPr>
          <w:p>
            <w:pPr>
              <w:spacing w:after="20"/>
            </w:pPr>
            <w:r>
              <w:rPr>
                <w:sz w:val="22"/>
              </w:rPr>
            </w:r>
            <w:r>
              <w:rPr>
                <w:b/>
                <w:sz w:val="22"/>
              </w:rPr>
              <w:t>SL đã giao</w:t>
            </w:r>
          </w:p>
        </w:tc>
        <w:tc>
          <w:tcPr>
            <w:tcW w:type="dxa" w:w="907"/>
            <w:shd w:val="clear" w:color="auto" w:fill="E6F5EC"/>
          </w:tcPr>
          <w:p>
            <w:pPr>
              <w:spacing w:after="20"/>
            </w:pPr>
            <w:r>
              <w:rPr>
                <w:sz w:val="22"/>
              </w:rPr>
            </w:r>
            <w:r>
              <w:rPr>
                <w:b/>
                <w:sz w:val="22"/>
              </w:rPr>
              <w:t>SL thu hồi</w:t>
            </w:r>
          </w:p>
        </w:tc>
        <w:tc>
          <w:tcPr>
            <w:tcW w:type="dxa" w:w="2041"/>
            <w:shd w:val="clear" w:color="auto" w:fill="E6F5EC"/>
          </w:tcPr>
          <w:p>
            <w:pPr>
              <w:spacing w:after="20"/>
            </w:pPr>
            <w:r>
              <w:rPr>
                <w:sz w:val="22"/>
              </w:rPr>
            </w:r>
            <w:r>
              <w:rPr>
                <w:b/>
                <w:sz w:val="22"/>
              </w:rPr>
              <w:t>Tình trạng khi thu hồi</w:t>
            </w:r>
          </w:p>
        </w:tc>
        <w:tc>
          <w:tcPr>
            <w:tcW w:type="dxa" w:w="1474"/>
            <w:shd w:val="clear" w:color="auto" w:fill="E6F5EC"/>
          </w:tcPr>
          <w:p>
            <w:pPr>
              <w:spacing w:after="20"/>
            </w:pPr>
            <w:r>
              <w:rPr>
                <w:sz w:val="22"/>
              </w:rPr>
            </w:r>
            <w:r>
              <w:rPr>
                <w:b/>
                <w:sz w:val="22"/>
              </w:rPr>
              <w:t>Ghi chú</w:t>
            </w:r>
          </w:p>
        </w:tc>
      </w:tr>
      <w:tr>
        <w:tc>
          <w:tcPr>
            <w:tcW w:type="dxa" w:w="567"/>
          </w:tcPr>
          <w:p>
            <w:pPr>
              <w:spacing w:after="20"/>
            </w:pPr>
            <w:r>
              <w:rPr>
                <w:sz w:val="22"/>
              </w:rPr>
              <w:t>1</w:t>
            </w:r>
          </w:p>
        </w:tc>
        <w:tc>
          <w:tcPr>
            <w:tcW w:type="dxa" w:w="2154"/>
          </w:tcPr>
          <w:p>
            <w:pPr>
              <w:spacing w:after="20"/>
            </w:pPr>
            <w:r>
              <w:rPr>
                <w:sz w:val="22"/>
              </w:rPr>
            </w:r>
          </w:p>
        </w:tc>
        <w:tc>
          <w:tcPr>
            <w:tcW w:type="dxa" w:w="1587"/>
          </w:tcPr>
          <w:p>
            <w:pPr>
              <w:spacing w:after="20"/>
            </w:pPr>
            <w:r>
              <w:rPr>
                <w:sz w:val="22"/>
              </w:rPr>
            </w:r>
          </w:p>
        </w:tc>
        <w:tc>
          <w:tcPr>
            <w:tcW w:type="dxa" w:w="907"/>
          </w:tcPr>
          <w:p>
            <w:pPr>
              <w:spacing w:after="20"/>
            </w:pPr>
            <w:r>
              <w:rPr>
                <w:sz w:val="22"/>
              </w:rPr>
            </w:r>
          </w:p>
        </w:tc>
        <w:tc>
          <w:tcPr>
            <w:tcW w:type="dxa" w:w="907"/>
          </w:tcPr>
          <w:p>
            <w:pPr>
              <w:spacing w:after="20"/>
            </w:pPr>
            <w:r>
              <w:rPr>
                <w:sz w:val="22"/>
              </w:rPr>
            </w:r>
          </w:p>
        </w:tc>
        <w:tc>
          <w:tcPr>
            <w:tcW w:type="dxa" w:w="2041"/>
          </w:tcPr>
          <w:p>
            <w:pPr>
              <w:spacing w:after="20"/>
            </w:pPr>
            <w:r>
              <w:rPr>
                <w:sz w:val="22"/>
              </w:rPr>
            </w:r>
          </w:p>
        </w:tc>
        <w:tc>
          <w:tcPr>
            <w:tcW w:type="dxa" w:w="1474"/>
          </w:tcPr>
          <w:p>
            <w:pPr>
              <w:spacing w:after="20"/>
            </w:pPr>
            <w:r>
              <w:rPr>
                <w:sz w:val="22"/>
              </w:rPr>
            </w:r>
          </w:p>
        </w:tc>
      </w:tr>
      <w:tr>
        <w:tc>
          <w:tcPr>
            <w:tcW w:type="dxa" w:w="567"/>
          </w:tcPr>
          <w:p>
            <w:pPr>
              <w:spacing w:after="20"/>
            </w:pPr>
            <w:r>
              <w:rPr>
                <w:sz w:val="22"/>
              </w:rPr>
              <w:t>2</w:t>
            </w:r>
          </w:p>
        </w:tc>
        <w:tc>
          <w:tcPr>
            <w:tcW w:type="dxa" w:w="2154"/>
          </w:tcPr>
          <w:p>
            <w:pPr>
              <w:spacing w:after="20"/>
            </w:pPr>
            <w:r>
              <w:rPr>
                <w:sz w:val="22"/>
              </w:rPr>
            </w:r>
          </w:p>
        </w:tc>
        <w:tc>
          <w:tcPr>
            <w:tcW w:type="dxa" w:w="1587"/>
          </w:tcPr>
          <w:p>
            <w:pPr>
              <w:spacing w:after="20"/>
            </w:pPr>
            <w:r>
              <w:rPr>
                <w:sz w:val="22"/>
              </w:rPr>
            </w:r>
          </w:p>
        </w:tc>
        <w:tc>
          <w:tcPr>
            <w:tcW w:type="dxa" w:w="907"/>
          </w:tcPr>
          <w:p>
            <w:pPr>
              <w:spacing w:after="20"/>
            </w:pPr>
            <w:r>
              <w:rPr>
                <w:sz w:val="22"/>
              </w:rPr>
            </w:r>
          </w:p>
        </w:tc>
        <w:tc>
          <w:tcPr>
            <w:tcW w:type="dxa" w:w="907"/>
          </w:tcPr>
          <w:p>
            <w:pPr>
              <w:spacing w:after="20"/>
            </w:pPr>
            <w:r>
              <w:rPr>
                <w:sz w:val="22"/>
              </w:rPr>
            </w:r>
          </w:p>
        </w:tc>
        <w:tc>
          <w:tcPr>
            <w:tcW w:type="dxa" w:w="2041"/>
          </w:tcPr>
          <w:p>
            <w:pPr>
              <w:spacing w:after="20"/>
            </w:pPr>
            <w:r>
              <w:rPr>
                <w:sz w:val="22"/>
              </w:rPr>
            </w:r>
          </w:p>
        </w:tc>
        <w:tc>
          <w:tcPr>
            <w:tcW w:type="dxa" w:w="1474"/>
          </w:tcPr>
          <w:p>
            <w:pPr>
              <w:spacing w:after="20"/>
            </w:pPr>
            <w:r>
              <w:rPr>
                <w:sz w:val="22"/>
              </w:rPr>
            </w:r>
          </w:p>
        </w:tc>
      </w:tr>
      <w:tr>
        <w:tc>
          <w:tcPr>
            <w:tcW w:type="dxa" w:w="567"/>
          </w:tcPr>
          <w:p>
            <w:pPr>
              <w:spacing w:after="20"/>
            </w:pPr>
            <w:r>
              <w:rPr>
                <w:sz w:val="22"/>
              </w:rPr>
              <w:t>3</w:t>
            </w:r>
          </w:p>
        </w:tc>
        <w:tc>
          <w:tcPr>
            <w:tcW w:type="dxa" w:w="2154"/>
          </w:tcPr>
          <w:p>
            <w:pPr>
              <w:spacing w:after="20"/>
            </w:pPr>
            <w:r>
              <w:rPr>
                <w:sz w:val="22"/>
              </w:rPr>
            </w:r>
          </w:p>
        </w:tc>
        <w:tc>
          <w:tcPr>
            <w:tcW w:type="dxa" w:w="1587"/>
          </w:tcPr>
          <w:p>
            <w:pPr>
              <w:spacing w:after="20"/>
            </w:pPr>
            <w:r>
              <w:rPr>
                <w:sz w:val="22"/>
              </w:rPr>
            </w:r>
          </w:p>
        </w:tc>
        <w:tc>
          <w:tcPr>
            <w:tcW w:type="dxa" w:w="907"/>
          </w:tcPr>
          <w:p>
            <w:pPr>
              <w:spacing w:after="20"/>
            </w:pPr>
            <w:r>
              <w:rPr>
                <w:sz w:val="22"/>
              </w:rPr>
            </w:r>
          </w:p>
        </w:tc>
        <w:tc>
          <w:tcPr>
            <w:tcW w:type="dxa" w:w="907"/>
          </w:tcPr>
          <w:p>
            <w:pPr>
              <w:spacing w:after="20"/>
            </w:pPr>
            <w:r>
              <w:rPr>
                <w:sz w:val="22"/>
              </w:rPr>
            </w:r>
          </w:p>
        </w:tc>
        <w:tc>
          <w:tcPr>
            <w:tcW w:type="dxa" w:w="2041"/>
          </w:tcPr>
          <w:p>
            <w:pPr>
              <w:spacing w:after="20"/>
            </w:pPr>
            <w:r>
              <w:rPr>
                <w:sz w:val="22"/>
              </w:rPr>
            </w:r>
          </w:p>
        </w:tc>
        <w:tc>
          <w:tcPr>
            <w:tcW w:type="dxa" w:w="1474"/>
          </w:tcPr>
          <w:p>
            <w:pPr>
              <w:spacing w:after="20"/>
            </w:pPr>
            <w:r>
              <w:rPr>
                <w:sz w:val="22"/>
              </w:rPr>
            </w:r>
          </w:p>
        </w:tc>
      </w:tr>
      <w:tr>
        <w:tc>
          <w:tcPr>
            <w:tcW w:type="dxa" w:w="567"/>
          </w:tcPr>
          <w:p>
            <w:pPr>
              <w:spacing w:after="20"/>
            </w:pPr>
            <w:r>
              <w:rPr>
                <w:sz w:val="22"/>
              </w:rPr>
              <w:t>4</w:t>
            </w:r>
          </w:p>
        </w:tc>
        <w:tc>
          <w:tcPr>
            <w:tcW w:type="dxa" w:w="2154"/>
          </w:tcPr>
          <w:p>
            <w:pPr>
              <w:spacing w:after="20"/>
            </w:pPr>
            <w:r>
              <w:rPr>
                <w:sz w:val="22"/>
              </w:rPr>
            </w:r>
          </w:p>
        </w:tc>
        <w:tc>
          <w:tcPr>
            <w:tcW w:type="dxa" w:w="1587"/>
          </w:tcPr>
          <w:p>
            <w:pPr>
              <w:spacing w:after="20"/>
            </w:pPr>
            <w:r>
              <w:rPr>
                <w:sz w:val="22"/>
              </w:rPr>
            </w:r>
          </w:p>
        </w:tc>
        <w:tc>
          <w:tcPr>
            <w:tcW w:type="dxa" w:w="907"/>
          </w:tcPr>
          <w:p>
            <w:pPr>
              <w:spacing w:after="20"/>
            </w:pPr>
            <w:r>
              <w:rPr>
                <w:sz w:val="22"/>
              </w:rPr>
            </w:r>
          </w:p>
        </w:tc>
        <w:tc>
          <w:tcPr>
            <w:tcW w:type="dxa" w:w="907"/>
          </w:tcPr>
          <w:p>
            <w:pPr>
              <w:spacing w:after="20"/>
            </w:pPr>
            <w:r>
              <w:rPr>
                <w:sz w:val="22"/>
              </w:rPr>
            </w:r>
          </w:p>
        </w:tc>
        <w:tc>
          <w:tcPr>
            <w:tcW w:type="dxa" w:w="2041"/>
          </w:tcPr>
          <w:p>
            <w:pPr>
              <w:spacing w:after="20"/>
            </w:pPr>
            <w:r>
              <w:rPr>
                <w:sz w:val="22"/>
              </w:rPr>
            </w:r>
          </w:p>
        </w:tc>
        <w:tc>
          <w:tcPr>
            <w:tcW w:type="dxa" w:w="1474"/>
          </w:tcPr>
          <w:p>
            <w:pPr>
              <w:spacing w:after="20"/>
            </w:pPr>
            <w:r>
              <w:rPr>
                <w:sz w:val="22"/>
              </w:rPr>
            </w:r>
          </w:p>
        </w:tc>
      </w:tr>
      <w:tr>
        <w:tc>
          <w:tcPr>
            <w:tcW w:type="dxa" w:w="567"/>
          </w:tcPr>
          <w:p>
            <w:pPr>
              <w:spacing w:after="20"/>
            </w:pPr>
            <w:r>
              <w:rPr>
                <w:sz w:val="22"/>
              </w:rPr>
              <w:t>5</w:t>
            </w:r>
          </w:p>
        </w:tc>
        <w:tc>
          <w:tcPr>
            <w:tcW w:type="dxa" w:w="2154"/>
          </w:tcPr>
          <w:p>
            <w:pPr>
              <w:spacing w:after="20"/>
            </w:pPr>
            <w:r>
              <w:rPr>
                <w:sz w:val="22"/>
              </w:rPr>
            </w:r>
          </w:p>
        </w:tc>
        <w:tc>
          <w:tcPr>
            <w:tcW w:type="dxa" w:w="1587"/>
          </w:tcPr>
          <w:p>
            <w:pPr>
              <w:spacing w:after="20"/>
            </w:pPr>
            <w:r>
              <w:rPr>
                <w:sz w:val="22"/>
              </w:rPr>
            </w:r>
          </w:p>
        </w:tc>
        <w:tc>
          <w:tcPr>
            <w:tcW w:type="dxa" w:w="907"/>
          </w:tcPr>
          <w:p>
            <w:pPr>
              <w:spacing w:after="20"/>
            </w:pPr>
            <w:r>
              <w:rPr>
                <w:sz w:val="22"/>
              </w:rPr>
            </w:r>
          </w:p>
        </w:tc>
        <w:tc>
          <w:tcPr>
            <w:tcW w:type="dxa" w:w="907"/>
          </w:tcPr>
          <w:p>
            <w:pPr>
              <w:spacing w:after="20"/>
            </w:pPr>
            <w:r>
              <w:rPr>
                <w:sz w:val="22"/>
              </w:rPr>
            </w:r>
          </w:p>
        </w:tc>
        <w:tc>
          <w:tcPr>
            <w:tcW w:type="dxa" w:w="2041"/>
          </w:tcPr>
          <w:p>
            <w:pPr>
              <w:spacing w:after="20"/>
            </w:pPr>
            <w:r>
              <w:rPr>
                <w:sz w:val="22"/>
              </w:rPr>
            </w:r>
          </w:p>
        </w:tc>
        <w:tc>
          <w:tcPr>
            <w:tcW w:type="dxa" w:w="1474"/>
          </w:tcPr>
          <w:p>
            <w:pPr>
              <w:spacing w:after="20"/>
            </w:pPr>
            <w:r>
              <w:rPr>
                <w:sz w:val="22"/>
              </w:rPr>
            </w:r>
          </w:p>
        </w:tc>
      </w:tr>
    </w:tbl>
    <w:p>
      <w:pPr>
        <w:spacing w:after="40"/>
      </w:pPr>
      <w:r>
        <w:rPr>
          <w:b w:val="0"/>
          <w:i w:val="0"/>
        </w:rPr>
      </w:r>
    </w:p>
    <w:p>
      <w:pPr>
        <w:spacing w:after="80"/>
      </w:pPr>
      <w:r>
        <w:rPr>
          <w:b/>
          <w:i w:val="0"/>
        </w:rPr>
        <w:t>Các mục khác:</w:t>
      </w:r>
    </w:p>
    <w:p>
      <w:pPr>
        <w:pStyle w:val="ListBullet"/>
        <w:spacing w:after="40"/>
      </w:pPr>
      <w:r>
        <w:t>Thẻ ra vào, chìa khóa, con dấu bộ phận (nếu có): [đã trả/chưa trả].</w:t>
      </w:r>
    </w:p>
    <w:p>
      <w:pPr>
        <w:pStyle w:val="ListBullet"/>
        <w:spacing w:after="40"/>
      </w:pPr>
      <w:r>
        <w:t>Tài khoản email, phần mềm, VPN: [đã khóa/chuyển quyền cho …].</w:t>
      </w:r>
    </w:p>
    <w:p>
      <w:pPr>
        <w:pStyle w:val="ListBullet"/>
        <w:spacing w:after="40"/>
      </w:pPr>
      <w:r>
        <w:t>Dữ liệu công việc: [đã sao lưu về …, người xác nhận].</w:t>
      </w:r>
    </w:p>
    <w:p>
      <w:pPr>
        <w:spacing w:after="60"/>
      </w:pPr>
      <w:r>
        <w:rPr>
          <w:b/>
        </w:rPr>
        <w:t xml:space="preserve">Tài sản thiếu/hư hỏng và hướng xử lý đã thống nhất: </w:t>
      </w:r>
      <w:r>
        <w:t>[Mô tả thiệt hại, căn cứ xác định giá trị, phương án sửa chữa/bồi thường theo nội quy lao động và quy định pháp luật; nếu chưa thống nhất, ghi rõ ý kiến của mỗi bên].</w:t>
      </w:r>
    </w:p>
    <w:p>
      <w:pPr>
        <w:spacing w:after="80"/>
      </w:pPr>
      <w:r>
        <w:rPr>
          <w:b w:val="0"/>
          <w:i w:val="0"/>
        </w:rPr>
        <w:t>Biên bản được lập thành [02] bản có giá trị như nhau, mỗi bên giữ [01] bản.</w:t>
      </w:r>
    </w:p>
    <w:tbl>
      <w:tblPr>
        <w:tblW w:type="auto" w:w="0"/>
        <w:tblLook w:firstColumn="1" w:firstRow="1" w:lastColumn="0" w:lastRow="0" w:noHBand="0" w:noVBand="1" w:val="04A0"/>
        <w:tblBorders>
          <w:top w:val="nil"/>
          <w:left w:val="nil"/>
          <w:bottom w:val="nil"/>
          <w:right w:val="nil"/>
          <w:insideH w:val="nil"/>
          <w:insideV w:val="nil"/>
        </w:tblBorders>
      </w:tblPr>
      <w:tblGrid>
        <w:gridCol w:w="3324"/>
        <w:gridCol w:w="3324"/>
        <w:gridCol w:w="3324"/>
      </w:tblGrid>
      <w:tr>
        <w:tc>
          <w:tcPr>
            <w:tcW w:type="dxa" w:w="3324"/>
          </w:tcPr>
          <w:p>
            <w:pPr>
              <w:jc w:val="center"/>
            </w:pPr>
            <w:r>
              <w:rPr>
                <w:b/>
              </w:rPr>
              <w:t>NGƯỜI LAO ĐỘNG</w:t>
            </w:r>
          </w:p>
          <w:p>
            <w:pPr>
              <w:jc w:val="center"/>
            </w:pPr>
            <w:r>
              <w:rPr>
                <w:i/>
                <w:sz w:val="22"/>
              </w:rPr>
              <w:t>(Ký, ghi rõ họ tên)</w:t>
            </w:r>
          </w:p>
          <w:p/>
          <w:p/>
          <w:p/>
        </w:tc>
        <w:tc>
          <w:tcPr>
            <w:tcW w:type="dxa" w:w="3324"/>
          </w:tcPr>
          <w:p>
            <w:pPr>
              <w:jc w:val="center"/>
            </w:pPr>
            <w:r>
              <w:rPr>
                <w:b/>
              </w:rPr>
              <w:t>ĐẠI DIỆN CÔNG TY</w:t>
            </w:r>
          </w:p>
          <w:p>
            <w:pPr>
              <w:jc w:val="center"/>
            </w:pPr>
            <w:r>
              <w:rPr>
                <w:i/>
                <w:sz w:val="22"/>
              </w:rPr>
              <w:t>(Ký, ghi rõ họ tên)</w:t>
            </w:r>
          </w:p>
          <w:p/>
          <w:p/>
          <w:p/>
        </w:tc>
        <w:tc>
          <w:tcPr>
            <w:tcW w:type="dxa" w:w="3324"/>
          </w:tcPr>
          <w:p>
            <w:pPr>
              <w:jc w:val="center"/>
            </w:pPr>
            <w:r>
              <w:rPr>
                <w:b/>
              </w:rPr>
              <w:t>NGƯỜI CHỨNG KIẾN</w:t>
            </w:r>
          </w:p>
          <w:p>
            <w:pPr>
              <w:jc w:val="center"/>
            </w:pPr>
            <w:r>
              <w:rPr>
                <w:i/>
                <w:sz w:val="22"/>
              </w:rPr>
              <w:t>(Ký, ghi rõ họ tên)</w:t>
            </w:r>
          </w:p>
          <w:p/>
          <w:p/>
          <w:p/>
        </w:tc>
      </w:tr>
    </w:tbl>
    <w:p>
      <w:r>
        <w:br w:type="page"/>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4986"/>
        <w:gridCol w:w="4986"/>
      </w:tblGrid>
      <w:tr>
        <w:tc>
          <w:tcPr>
            <w:tcW w:type="dxa" w:w="3402"/>
          </w:tcPr>
          <w:p>
            <w:pPr>
              <w:spacing w:after="0"/>
              <w:jc w:val="center"/>
            </w:pPr>
            <w:r>
              <w:rPr>
                <w:b/>
                <w:sz w:val="24"/>
              </w:rPr>
              <w:t>CÔNG TY TNHH ABC</w:t>
            </w:r>
          </w:p>
          <w:p>
            <w:pPr>
              <w:spacing w:after="0"/>
              <w:jc w:val="center"/>
            </w:pPr>
            <w:r>
              <w:rPr>
                <w:sz w:val="24"/>
              </w:rPr>
              <w:t>Số: 026/2026/BBBG</w:t>
            </w:r>
          </w:p>
        </w:tc>
        <w:tc>
          <w:tcPr>
            <w:tcW w:type="dxa" w:w="6236"/>
          </w:tcPr>
          <w:p>
            <w:pPr>
              <w:spacing w:after="0"/>
              <w:jc w:val="center"/>
            </w:pPr>
            <w:r>
              <w:rPr>
                <w:b/>
                <w:sz w:val="24"/>
              </w:rPr>
              <w:t>CỘNG HÒA XÃ HỘI CHỦ NGHĨA VIỆT NAM</w:t>
            </w:r>
          </w:p>
          <w:p>
            <w:pPr>
              <w:spacing w:after="0"/>
              <w:jc w:val="center"/>
            </w:pPr>
            <w:r>
              <w:rPr>
                <w:b/>
                <w:sz w:val="24"/>
                <w:u w:val="single"/>
              </w:rPr>
              <w:t>Độc lập - Tự do - Hạnh phúc</w:t>
            </w:r>
          </w:p>
        </w:tc>
      </w:tr>
    </w:tbl>
    <w:p>
      <w:pPr>
        <w:spacing w:after="80"/>
      </w:pPr>
      <w:r>
        <w:rPr>
          <w:b w:val="0"/>
          <w:i w:val="0"/>
        </w:rPr>
      </w:r>
    </w:p>
    <w:p>
      <w:pPr>
        <w:spacing w:after="40"/>
        <w:jc w:val="center"/>
      </w:pPr>
      <w:r>
        <w:rPr>
          <w:b/>
          <w:i w:val="0"/>
          <w:sz w:val="30"/>
        </w:rPr>
        <w:t>BIÊN BẢN BÀN GIAO TÀI SẢN</w:t>
      </w:r>
    </w:p>
    <w:p>
      <w:pPr>
        <w:spacing w:after="200"/>
        <w:jc w:val="center"/>
      </w:pPr>
      <w:r>
        <w:rPr>
          <w:b w:val="0"/>
          <w:i/>
        </w:rPr>
        <w:t>Về việc: cấp thiết bị làm việc cho nhân viên mới (ví dụ minh họa)</w:t>
      </w:r>
    </w:p>
    <w:p>
      <w:pPr>
        <w:spacing w:after="80"/>
      </w:pPr>
      <w:r>
        <w:rPr>
          <w:b w:val="0"/>
          <w:i w:val="0"/>
        </w:rPr>
        <w:t>Hôm nay, 09 giờ ngày 05/10/2026, tại văn phòng Công ty TNHH ABC, chúng tôi gồm:</w:t>
      </w:r>
    </w:p>
    <w:p>
      <w:pPr>
        <w:spacing w:after="60"/>
      </w:pPr>
      <w:r>
        <w:rPr>
          <w:b/>
        </w:rPr>
        <w:t xml:space="preserve">Bên giao: </w:t>
      </w:r>
      <w:r>
        <w:t>Trần Minh Khoa, chức vụ: Chuyên viên IT, bộ phận: Hành chính – IT.</w:t>
      </w:r>
    </w:p>
    <w:p>
      <w:pPr>
        <w:spacing w:after="60"/>
      </w:pPr>
      <w:r>
        <w:rPr>
          <w:b/>
        </w:rPr>
        <w:t xml:space="preserve">Bên nhận: </w:t>
      </w:r>
      <w:r>
        <w:t>Lê Thu Hà, chức vụ: Nhân viên Kế toán, bộ phận: Kế toán, mã nhân viên: KT-026.</w:t>
      </w:r>
    </w:p>
    <w:p>
      <w:pPr>
        <w:spacing w:after="60"/>
      </w:pPr>
      <w:r>
        <w:rPr>
          <w:b/>
        </w:rPr>
        <w:t xml:space="preserve">Người chứng kiến (nếu có): </w:t>
      </w:r>
      <w:r>
        <w:t>[Họ tên, bộ phận].</w:t>
      </w:r>
    </w:p>
    <w:p>
      <w:pPr>
        <w:spacing w:after="60"/>
      </w:pPr>
      <w:r>
        <w:rPr>
          <w:b/>
        </w:rPr>
        <w:t xml:space="preserve">Lý do bàn giao: </w:t>
      </w:r>
      <w:r>
        <w:t>Cấp tài sản phục vụ công việc theo vị trí Nhân viên Kế toán, theo đề xuất cấp phát đã được Trưởng phòng Hành chính duyệt ngày 01/10/2026.</w:t>
      </w:r>
    </w:p>
    <w:tbl>
      <w:tblPr>
        <w:tblStyle w:val="TableGrid"/>
        <w:tblW w:type="auto" w:w="0"/>
        <w:tblLayout w:type="fixed"/>
        <w:tblLook w:firstColumn="1" w:firstRow="1" w:lastColumn="0" w:lastRow="0" w:noHBand="0" w:noVBand="1" w:val="04A0"/>
      </w:tblPr>
      <w:tblGrid>
        <w:gridCol w:w="1425"/>
        <w:gridCol w:w="1425"/>
        <w:gridCol w:w="1425"/>
        <w:gridCol w:w="1425"/>
        <w:gridCol w:w="1425"/>
        <w:gridCol w:w="1425"/>
        <w:gridCol w:w="1425"/>
      </w:tblGrid>
      <w:tr>
        <w:tc>
          <w:tcPr>
            <w:tcW w:type="dxa" w:w="567"/>
            <w:shd w:val="clear" w:color="auto" w:fill="E6F5EC"/>
          </w:tcPr>
          <w:p>
            <w:pPr>
              <w:spacing w:after="20"/>
            </w:pPr>
            <w:r>
              <w:rPr>
                <w:sz w:val="22"/>
              </w:rPr>
            </w:r>
            <w:r>
              <w:rPr>
                <w:b/>
                <w:sz w:val="22"/>
              </w:rPr>
              <w:t>STT</w:t>
            </w:r>
          </w:p>
        </w:tc>
        <w:tc>
          <w:tcPr>
            <w:tcW w:type="dxa" w:w="2381"/>
            <w:shd w:val="clear" w:color="auto" w:fill="E6F5EC"/>
          </w:tcPr>
          <w:p>
            <w:pPr>
              <w:spacing w:after="20"/>
            </w:pPr>
            <w:r>
              <w:rPr>
                <w:sz w:val="22"/>
              </w:rPr>
            </w:r>
            <w:r>
              <w:rPr>
                <w:b/>
                <w:sz w:val="22"/>
              </w:rPr>
              <w:t>Tên tài sản, quy cách</w:t>
            </w:r>
          </w:p>
        </w:tc>
        <w:tc>
          <w:tcPr>
            <w:tcW w:type="dxa" w:w="1587"/>
            <w:shd w:val="clear" w:color="auto" w:fill="E6F5EC"/>
          </w:tcPr>
          <w:p>
            <w:pPr>
              <w:spacing w:after="20"/>
            </w:pPr>
            <w:r>
              <w:rPr>
                <w:sz w:val="22"/>
              </w:rPr>
            </w:r>
            <w:r>
              <w:rPr>
                <w:b/>
                <w:sz w:val="22"/>
              </w:rPr>
              <w:t>Mã TS/Serial</w:t>
            </w:r>
          </w:p>
        </w:tc>
        <w:tc>
          <w:tcPr>
            <w:tcW w:type="dxa" w:w="737"/>
            <w:shd w:val="clear" w:color="auto" w:fill="E6F5EC"/>
          </w:tcPr>
          <w:p>
            <w:pPr>
              <w:spacing w:after="20"/>
            </w:pPr>
            <w:r>
              <w:rPr>
                <w:sz w:val="22"/>
              </w:rPr>
            </w:r>
            <w:r>
              <w:rPr>
                <w:b/>
                <w:sz w:val="22"/>
              </w:rPr>
              <w:t>ĐVT</w:t>
            </w:r>
          </w:p>
        </w:tc>
        <w:tc>
          <w:tcPr>
            <w:tcW w:type="dxa" w:w="624"/>
            <w:shd w:val="clear" w:color="auto" w:fill="E6F5EC"/>
          </w:tcPr>
          <w:p>
            <w:pPr>
              <w:spacing w:after="20"/>
            </w:pPr>
            <w:r>
              <w:rPr>
                <w:sz w:val="22"/>
              </w:rPr>
            </w:r>
            <w:r>
              <w:rPr>
                <w:b/>
                <w:sz w:val="22"/>
              </w:rPr>
              <w:t>SL</w:t>
            </w:r>
          </w:p>
        </w:tc>
        <w:tc>
          <w:tcPr>
            <w:tcW w:type="dxa" w:w="2041"/>
            <w:shd w:val="clear" w:color="auto" w:fill="E6F5EC"/>
          </w:tcPr>
          <w:p>
            <w:pPr>
              <w:spacing w:after="20"/>
            </w:pPr>
            <w:r>
              <w:rPr>
                <w:sz w:val="22"/>
              </w:rPr>
            </w:r>
            <w:r>
              <w:rPr>
                <w:b/>
                <w:sz w:val="22"/>
              </w:rPr>
              <w:t>Tình trạng khi giao</w:t>
            </w:r>
          </w:p>
        </w:tc>
        <w:tc>
          <w:tcPr>
            <w:tcW w:type="dxa" w:w="1701"/>
            <w:shd w:val="clear" w:color="auto" w:fill="E6F5EC"/>
          </w:tcPr>
          <w:p>
            <w:pPr>
              <w:spacing w:after="20"/>
            </w:pPr>
            <w:r>
              <w:rPr>
                <w:sz w:val="22"/>
              </w:rPr>
            </w:r>
            <w:r>
              <w:rPr>
                <w:b/>
                <w:sz w:val="22"/>
              </w:rPr>
              <w:t>Phụ kiện kèm theo</w:t>
            </w:r>
          </w:p>
        </w:tc>
      </w:tr>
      <w:tr>
        <w:tc>
          <w:tcPr>
            <w:tcW w:type="dxa" w:w="567"/>
          </w:tcPr>
          <w:p>
            <w:pPr>
              <w:spacing w:after="20"/>
            </w:pPr>
            <w:r>
              <w:rPr>
                <w:sz w:val="22"/>
              </w:rPr>
              <w:t>1</w:t>
            </w:r>
          </w:p>
        </w:tc>
        <w:tc>
          <w:tcPr>
            <w:tcW w:type="dxa" w:w="2381"/>
          </w:tcPr>
          <w:p>
            <w:pPr>
              <w:spacing w:after="20"/>
            </w:pPr>
            <w:r>
              <w:rPr>
                <w:sz w:val="22"/>
              </w:rPr>
              <w:t>Laptop Dell Latitude 5440 (Core i5, RAM 16 GB, SSD 512 GB, Windows 11 Pro)</w:t>
            </w:r>
          </w:p>
        </w:tc>
        <w:tc>
          <w:tcPr>
            <w:tcW w:type="dxa" w:w="1587"/>
          </w:tcPr>
          <w:p>
            <w:pPr>
              <w:spacing w:after="20"/>
            </w:pPr>
            <w:r>
              <w:rPr>
                <w:sz w:val="22"/>
              </w:rPr>
              <w:t>SN 7XK2M93 / ABC-LT-058</w:t>
            </w:r>
          </w:p>
        </w:tc>
        <w:tc>
          <w:tcPr>
            <w:tcW w:type="dxa" w:w="737"/>
          </w:tcPr>
          <w:p>
            <w:pPr>
              <w:spacing w:after="20"/>
            </w:pPr>
            <w:r>
              <w:rPr>
                <w:sz w:val="22"/>
              </w:rPr>
              <w:t>Cái</w:t>
            </w:r>
          </w:p>
        </w:tc>
        <w:tc>
          <w:tcPr>
            <w:tcW w:type="dxa" w:w="624"/>
          </w:tcPr>
          <w:p>
            <w:pPr>
              <w:spacing w:after="20"/>
            </w:pPr>
            <w:r>
              <w:rPr>
                <w:sz w:val="22"/>
              </w:rPr>
              <w:t>1</w:t>
            </w:r>
          </w:p>
        </w:tc>
        <w:tc>
          <w:tcPr>
            <w:tcW w:type="dxa" w:w="2041"/>
          </w:tcPr>
          <w:p>
            <w:pPr>
              <w:spacing w:after="20"/>
            </w:pPr>
            <w:r>
              <w:rPr>
                <w:sz w:val="22"/>
              </w:rPr>
              <w:t>Đã qua sử dụng; vỏ xước nhẹ cạnh trái; pin hoạt động bình thường</w:t>
            </w:r>
          </w:p>
        </w:tc>
        <w:tc>
          <w:tcPr>
            <w:tcW w:type="dxa" w:w="1701"/>
          </w:tcPr>
          <w:p>
            <w:pPr>
              <w:spacing w:after="20"/>
            </w:pPr>
            <w:r>
              <w:rPr>
                <w:sz w:val="22"/>
              </w:rPr>
              <w:t>Sạc 65W, túi chống sốc</w:t>
            </w:r>
          </w:p>
        </w:tc>
      </w:tr>
      <w:tr>
        <w:tc>
          <w:tcPr>
            <w:tcW w:type="dxa" w:w="567"/>
          </w:tcPr>
          <w:p>
            <w:pPr>
              <w:spacing w:after="20"/>
            </w:pPr>
            <w:r>
              <w:rPr>
                <w:sz w:val="22"/>
              </w:rPr>
              <w:t>2</w:t>
            </w:r>
          </w:p>
        </w:tc>
        <w:tc>
          <w:tcPr>
            <w:tcW w:type="dxa" w:w="2381"/>
          </w:tcPr>
          <w:p>
            <w:pPr>
              <w:spacing w:after="20"/>
            </w:pPr>
            <w:r>
              <w:rPr>
                <w:sz w:val="22"/>
              </w:rPr>
              <w:t>Màn hình 24 inch</w:t>
            </w:r>
          </w:p>
        </w:tc>
        <w:tc>
          <w:tcPr>
            <w:tcW w:type="dxa" w:w="1587"/>
          </w:tcPr>
          <w:p>
            <w:pPr>
              <w:spacing w:after="20"/>
            </w:pPr>
            <w:r>
              <w:rPr>
                <w:sz w:val="22"/>
              </w:rPr>
              <w:t>ABC-MH-112</w:t>
            </w:r>
          </w:p>
        </w:tc>
        <w:tc>
          <w:tcPr>
            <w:tcW w:type="dxa" w:w="737"/>
          </w:tcPr>
          <w:p>
            <w:pPr>
              <w:spacing w:after="20"/>
            </w:pPr>
            <w:r>
              <w:rPr>
                <w:sz w:val="22"/>
              </w:rPr>
              <w:t>Cái</w:t>
            </w:r>
          </w:p>
        </w:tc>
        <w:tc>
          <w:tcPr>
            <w:tcW w:type="dxa" w:w="624"/>
          </w:tcPr>
          <w:p>
            <w:pPr>
              <w:spacing w:after="20"/>
            </w:pPr>
            <w:r>
              <w:rPr>
                <w:sz w:val="22"/>
              </w:rPr>
              <w:t>1</w:t>
            </w:r>
          </w:p>
        </w:tc>
        <w:tc>
          <w:tcPr>
            <w:tcW w:type="dxa" w:w="2041"/>
          </w:tcPr>
          <w:p>
            <w:pPr>
              <w:spacing w:after="20"/>
            </w:pPr>
            <w:r>
              <w:rPr>
                <w:sz w:val="22"/>
              </w:rPr>
              <w:t>Mới, nguyên hộp</w:t>
            </w:r>
          </w:p>
        </w:tc>
        <w:tc>
          <w:tcPr>
            <w:tcW w:type="dxa" w:w="1701"/>
          </w:tcPr>
          <w:p>
            <w:pPr>
              <w:spacing w:after="20"/>
            </w:pPr>
            <w:r>
              <w:rPr>
                <w:sz w:val="22"/>
              </w:rPr>
              <w:t>Cáp HDMI, dây nguồn</w:t>
            </w:r>
          </w:p>
        </w:tc>
      </w:tr>
      <w:tr>
        <w:tc>
          <w:tcPr>
            <w:tcW w:type="dxa" w:w="567"/>
          </w:tcPr>
          <w:p>
            <w:pPr>
              <w:spacing w:after="20"/>
            </w:pPr>
            <w:r>
              <w:rPr>
                <w:sz w:val="22"/>
              </w:rPr>
              <w:t>3</w:t>
            </w:r>
          </w:p>
        </w:tc>
        <w:tc>
          <w:tcPr>
            <w:tcW w:type="dxa" w:w="2381"/>
          </w:tcPr>
          <w:p>
            <w:pPr>
              <w:spacing w:after="20"/>
            </w:pPr>
            <w:r>
              <w:rPr>
                <w:sz w:val="22"/>
              </w:rPr>
              <w:t>Chuột không dây</w:t>
            </w:r>
          </w:p>
        </w:tc>
        <w:tc>
          <w:tcPr>
            <w:tcW w:type="dxa" w:w="1587"/>
          </w:tcPr>
          <w:p>
            <w:pPr>
              <w:spacing w:after="20"/>
            </w:pPr>
            <w:r>
              <w:rPr>
                <w:sz w:val="22"/>
              </w:rPr>
              <w:t>ABC-CCDC-340</w:t>
            </w:r>
          </w:p>
        </w:tc>
        <w:tc>
          <w:tcPr>
            <w:tcW w:type="dxa" w:w="737"/>
          </w:tcPr>
          <w:p>
            <w:pPr>
              <w:spacing w:after="20"/>
            </w:pPr>
            <w:r>
              <w:rPr>
                <w:sz w:val="22"/>
              </w:rPr>
              <w:t>Cái</w:t>
            </w:r>
          </w:p>
        </w:tc>
        <w:tc>
          <w:tcPr>
            <w:tcW w:type="dxa" w:w="624"/>
          </w:tcPr>
          <w:p>
            <w:pPr>
              <w:spacing w:after="20"/>
            </w:pPr>
            <w:r>
              <w:rPr>
                <w:sz w:val="22"/>
              </w:rPr>
              <w:t>1</w:t>
            </w:r>
          </w:p>
        </w:tc>
        <w:tc>
          <w:tcPr>
            <w:tcW w:type="dxa" w:w="2041"/>
          </w:tcPr>
          <w:p>
            <w:pPr>
              <w:spacing w:after="20"/>
            </w:pPr>
            <w:r>
              <w:rPr>
                <w:sz w:val="22"/>
              </w:rPr>
              <w:t>Mới</w:t>
            </w:r>
          </w:p>
        </w:tc>
        <w:tc>
          <w:tcPr>
            <w:tcW w:type="dxa" w:w="1701"/>
          </w:tcPr>
          <w:p>
            <w:pPr>
              <w:spacing w:after="20"/>
            </w:pPr>
            <w:r>
              <w:rPr>
                <w:sz w:val="22"/>
              </w:rPr>
              <w:t>Đầu thu USB</w:t>
            </w:r>
          </w:p>
        </w:tc>
      </w:tr>
      <w:tr>
        <w:tc>
          <w:tcPr>
            <w:tcW w:type="dxa" w:w="567"/>
          </w:tcPr>
          <w:p>
            <w:pPr>
              <w:spacing w:after="20"/>
            </w:pPr>
            <w:r>
              <w:rPr>
                <w:sz w:val="22"/>
              </w:rPr>
              <w:t>4</w:t>
            </w:r>
          </w:p>
        </w:tc>
        <w:tc>
          <w:tcPr>
            <w:tcW w:type="dxa" w:w="2381"/>
          </w:tcPr>
          <w:p>
            <w:pPr>
              <w:spacing w:after="20"/>
            </w:pPr>
            <w:r>
              <w:rPr>
                <w:sz w:val="22"/>
              </w:rPr>
              <w:t>Tai nghe có micro</w:t>
            </w:r>
          </w:p>
        </w:tc>
        <w:tc>
          <w:tcPr>
            <w:tcW w:type="dxa" w:w="1587"/>
          </w:tcPr>
          <w:p>
            <w:pPr>
              <w:spacing w:after="20"/>
            </w:pPr>
            <w:r>
              <w:rPr>
                <w:sz w:val="22"/>
              </w:rPr>
              <w:t>ABC-CCDC-341</w:t>
            </w:r>
          </w:p>
        </w:tc>
        <w:tc>
          <w:tcPr>
            <w:tcW w:type="dxa" w:w="737"/>
          </w:tcPr>
          <w:p>
            <w:pPr>
              <w:spacing w:after="20"/>
            </w:pPr>
            <w:r>
              <w:rPr>
                <w:sz w:val="22"/>
              </w:rPr>
              <w:t>Cái</w:t>
            </w:r>
          </w:p>
        </w:tc>
        <w:tc>
          <w:tcPr>
            <w:tcW w:type="dxa" w:w="624"/>
          </w:tcPr>
          <w:p>
            <w:pPr>
              <w:spacing w:after="20"/>
            </w:pPr>
            <w:r>
              <w:rPr>
                <w:sz w:val="22"/>
              </w:rPr>
              <w:t>1</w:t>
            </w:r>
          </w:p>
        </w:tc>
        <w:tc>
          <w:tcPr>
            <w:tcW w:type="dxa" w:w="2041"/>
          </w:tcPr>
          <w:p>
            <w:pPr>
              <w:spacing w:after="20"/>
            </w:pPr>
            <w:r>
              <w:rPr>
                <w:sz w:val="22"/>
              </w:rPr>
              <w:t>Mới</w:t>
            </w:r>
          </w:p>
        </w:tc>
        <w:tc>
          <w:tcPr>
            <w:tcW w:type="dxa" w:w="1701"/>
          </w:tcPr>
          <w:p>
            <w:pPr>
              <w:spacing w:after="20"/>
            </w:pPr>
            <w:r>
              <w:rPr>
                <w:sz w:val="22"/>
              </w:rPr>
              <w:t>–</w:t>
            </w:r>
          </w:p>
        </w:tc>
      </w:tr>
      <w:tr>
        <w:tc>
          <w:tcPr>
            <w:tcW w:type="dxa" w:w="567"/>
          </w:tcPr>
          <w:p>
            <w:pPr>
              <w:spacing w:after="20"/>
            </w:pPr>
            <w:r>
              <w:rPr>
                <w:sz w:val="22"/>
              </w:rPr>
              <w:t>5</w:t>
            </w:r>
          </w:p>
        </w:tc>
        <w:tc>
          <w:tcPr>
            <w:tcW w:type="dxa" w:w="2381"/>
          </w:tcPr>
          <w:p>
            <w:pPr>
              <w:spacing w:after="20"/>
            </w:pPr>
            <w:r>
              <w:rPr>
                <w:sz w:val="22"/>
              </w:rPr>
              <w:t>Thẻ ra vào văn phòng</w:t>
            </w:r>
          </w:p>
        </w:tc>
        <w:tc>
          <w:tcPr>
            <w:tcW w:type="dxa" w:w="1587"/>
          </w:tcPr>
          <w:p>
            <w:pPr>
              <w:spacing w:after="20"/>
            </w:pPr>
            <w:r>
              <w:rPr>
                <w:sz w:val="22"/>
              </w:rPr>
              <w:t>THE-0458</w:t>
            </w:r>
          </w:p>
        </w:tc>
        <w:tc>
          <w:tcPr>
            <w:tcW w:type="dxa" w:w="737"/>
          </w:tcPr>
          <w:p>
            <w:pPr>
              <w:spacing w:after="20"/>
            </w:pPr>
            <w:r>
              <w:rPr>
                <w:sz w:val="22"/>
              </w:rPr>
              <w:t>Thẻ</w:t>
            </w:r>
          </w:p>
        </w:tc>
        <w:tc>
          <w:tcPr>
            <w:tcW w:type="dxa" w:w="624"/>
          </w:tcPr>
          <w:p>
            <w:pPr>
              <w:spacing w:after="20"/>
            </w:pPr>
            <w:r>
              <w:rPr>
                <w:sz w:val="22"/>
              </w:rPr>
              <w:t>1</w:t>
            </w:r>
          </w:p>
        </w:tc>
        <w:tc>
          <w:tcPr>
            <w:tcW w:type="dxa" w:w="2041"/>
          </w:tcPr>
          <w:p>
            <w:pPr>
              <w:spacing w:after="20"/>
            </w:pPr>
            <w:r>
              <w:rPr>
                <w:sz w:val="22"/>
              </w:rPr>
              <w:t>Đã kích hoạt</w:t>
            </w:r>
          </w:p>
        </w:tc>
        <w:tc>
          <w:tcPr>
            <w:tcW w:type="dxa" w:w="1701"/>
          </w:tcPr>
          <w:p>
            <w:pPr>
              <w:spacing w:after="20"/>
            </w:pPr>
            <w:r>
              <w:rPr>
                <w:sz w:val="22"/>
              </w:rPr>
              <w:t>–</w:t>
            </w:r>
          </w:p>
        </w:tc>
      </w:tr>
    </w:tbl>
    <w:p>
      <w:pPr>
        <w:spacing w:after="40"/>
      </w:pPr>
      <w:r>
        <w:rPr>
          <w:b w:val="0"/>
          <w:i w:val="0"/>
        </w:rPr>
      </w:r>
    </w:p>
    <w:p>
      <w:pPr>
        <w:spacing w:after="60"/>
      </w:pPr>
      <w:r>
        <w:rPr>
          <w:b/>
        </w:rPr>
        <w:t xml:space="preserve">Tài khoản được cấp: </w:t>
      </w:r>
      <w:r>
        <w:t>Email ha.le@abc.vn; phần mềm kế toán (quyền nhập liệu); VPN. Mật khẩu gửi riêng qua tin nhắn nội bộ, người nhận đã đổi khi đăng nhập lần đầu.</w:t>
      </w:r>
    </w:p>
    <w:p>
      <w:pPr>
        <w:spacing w:after="60"/>
      </w:pPr>
      <w:r>
        <w:rPr>
          <w:b/>
        </w:rPr>
        <w:t xml:space="preserve">Trách nhiệm sau bàn giao: </w:t>
      </w:r>
      <w:r>
        <w:t>Kể từ 09 giờ 30 ngày 05/10/2026, bên nhận chịu trách nhiệm quản lý, sử dụng tài sản cho công việc và hoàn trả khi được yêu cầu hoặc khi chấm dứt công việc.</w:t>
      </w:r>
    </w:p>
    <w:p>
      <w:pPr>
        <w:spacing w:after="60"/>
      </w:pPr>
      <w:r>
        <w:rPr>
          <w:b/>
        </w:rPr>
        <w:t xml:space="preserve">Tài liệu kèm theo: </w:t>
      </w:r>
      <w:r>
        <w:t>04 ảnh chụp hiện trạng laptop.</w:t>
      </w:r>
    </w:p>
    <w:p>
      <w:pPr>
        <w:spacing w:after="80"/>
      </w:pPr>
      <w:r>
        <w:rPr>
          <w:b w:val="0"/>
          <w:i w:val="0"/>
        </w:rPr>
        <w:t>Biên bản được lập thành 02 bản có giá trị như nhau, mỗi bên giữ 01 bản.</w:t>
      </w:r>
    </w:p>
    <w:tbl>
      <w:tblPr>
        <w:tblW w:type="auto" w:w="0"/>
        <w:tblLook w:firstColumn="1" w:firstRow="1" w:lastColumn="0" w:lastRow="0" w:noHBand="0" w:noVBand="1" w:val="04A0"/>
        <w:tblBorders>
          <w:top w:val="nil"/>
          <w:left w:val="nil"/>
          <w:bottom w:val="nil"/>
          <w:right w:val="nil"/>
          <w:insideH w:val="nil"/>
          <w:insideV w:val="nil"/>
        </w:tblBorders>
      </w:tblPr>
      <w:tblGrid>
        <w:gridCol w:w="3324"/>
        <w:gridCol w:w="3324"/>
        <w:gridCol w:w="3324"/>
      </w:tblGrid>
      <w:tr>
        <w:tc>
          <w:tcPr>
            <w:tcW w:type="dxa" w:w="3324"/>
          </w:tcPr>
          <w:p>
            <w:pPr>
              <w:jc w:val="center"/>
            </w:pPr>
            <w:r>
              <w:rPr>
                <w:b/>
              </w:rPr>
              <w:t>BÊN GIAO</w:t>
            </w:r>
          </w:p>
          <w:p>
            <w:pPr>
              <w:jc w:val="center"/>
            </w:pPr>
            <w:r>
              <w:rPr>
                <w:i/>
                <w:sz w:val="22"/>
              </w:rPr>
              <w:t>(Ký, ghi rõ họ tên)</w:t>
            </w:r>
          </w:p>
          <w:p/>
          <w:p/>
          <w:p/>
          <w:p>
            <w:pPr>
              <w:jc w:val="center"/>
            </w:pPr>
            <w:r>
              <w:t>Trần Minh Khoa</w:t>
            </w:r>
          </w:p>
        </w:tc>
        <w:tc>
          <w:tcPr>
            <w:tcW w:type="dxa" w:w="3324"/>
          </w:tcPr>
          <w:p>
            <w:pPr>
              <w:jc w:val="center"/>
            </w:pPr>
            <w:r>
              <w:rPr>
                <w:b/>
              </w:rPr>
              <w:t>BÊN NHẬN</w:t>
            </w:r>
          </w:p>
          <w:p>
            <w:pPr>
              <w:jc w:val="center"/>
            </w:pPr>
            <w:r>
              <w:rPr>
                <w:i/>
                <w:sz w:val="22"/>
              </w:rPr>
              <w:t>(Ký, ghi rõ họ tên)</w:t>
            </w:r>
          </w:p>
          <w:p/>
          <w:p/>
          <w:p/>
          <w:p>
            <w:pPr>
              <w:jc w:val="center"/>
            </w:pPr>
            <w:r>
              <w:t>Lê Thu Hà</w:t>
            </w:r>
          </w:p>
        </w:tc>
        <w:tc>
          <w:tcPr>
            <w:tcW w:type="dxa" w:w="3324"/>
          </w:tcPr>
          <w:p>
            <w:pPr>
              <w:jc w:val="center"/>
            </w:pPr>
            <w:r>
              <w:rPr>
                <w:b/>
              </w:rPr>
              <w:t>NGƯỜI CHỨNG KIẾN</w:t>
            </w:r>
          </w:p>
          <w:p>
            <w:pPr>
              <w:jc w:val="center"/>
            </w:pPr>
            <w:r>
              <w:rPr>
                <w:i/>
                <w:sz w:val="22"/>
              </w:rPr>
              <w:t>(Ký, ghi rõ họ tên)</w:t>
            </w:r>
          </w:p>
          <w:p/>
          <w:p/>
          <w:p/>
          <w:p>
            <w:pPr>
              <w:jc w:val="center"/>
            </w:pPr>
          </w:p>
        </w:tc>
      </w:tr>
    </w:tbl>
    <w:p>
      <w:pPr>
        <w:spacing w:after="80"/>
      </w:pPr>
      <w:r>
        <w:rPr>
          <w:b w:val="0"/>
          <w:i/>
          <w:sz w:val="20"/>
        </w:rPr>
        <w:t>Ví dụ do Replus biên soạn để minh họa cách ghi, không phải hồ sơ thực tế.</w:t>
      </w:r>
    </w:p>
    <w:sectPr w:rsidR="00FC693F" w:rsidRPr="0006063C"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